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02D" w:rsidRDefault="0010602D">
      <w:pPr>
        <w:autoSpaceDE w:val="0"/>
        <w:autoSpaceDN w:val="0"/>
        <w:spacing w:after="78" w:line="220" w:lineRule="exact"/>
      </w:pPr>
    </w:p>
    <w:p w:rsidR="0010602D" w:rsidRDefault="0068144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675120" cy="95097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950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0602D" w:rsidRDefault="0010602D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0602D" w:rsidRDefault="0010602D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681448" w:rsidRDefault="00681448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0602D" w:rsidRDefault="0010602D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D47CAD" w:rsidRPr="00D91592" w:rsidRDefault="00C058D4">
      <w:pPr>
        <w:autoSpaceDE w:val="0"/>
        <w:autoSpaceDN w:val="0"/>
        <w:spacing w:after="0" w:line="230" w:lineRule="auto"/>
        <w:rPr>
          <w:lang w:val="ru-RU"/>
        </w:rPr>
      </w:pPr>
      <w:r w:rsidRPr="00D91592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D47CAD" w:rsidRPr="00D91592" w:rsidRDefault="00C058D4">
      <w:pPr>
        <w:autoSpaceDE w:val="0"/>
        <w:autoSpaceDN w:val="0"/>
        <w:spacing w:before="346" w:after="0" w:line="271" w:lineRule="auto"/>
        <w:ind w:right="432" w:firstLine="180"/>
        <w:rPr>
          <w:lang w:val="ru-RU"/>
        </w:rPr>
      </w:pP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Программа по учебному предмету «Технология»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:rsidR="00D47CAD" w:rsidRPr="00D91592" w:rsidRDefault="00C058D4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</w:t>
      </w:r>
      <w:r w:rsidRPr="00D91592">
        <w:rPr>
          <w:lang w:val="ru-RU"/>
        </w:rPr>
        <w:br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планированию.</w:t>
      </w:r>
    </w:p>
    <w:p w:rsidR="00D47CAD" w:rsidRPr="00D91592" w:rsidRDefault="00C058D4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обучения раскрывается через модули.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 учебного предмета «Технология» с учётом возрастных особенностей обучающихся начальных классов. Во втором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</w:t>
      </w:r>
      <w:proofErr w:type="spellStart"/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саморегуляция</w:t>
      </w:r>
      <w:proofErr w:type="spellEnd"/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 деятельность».</w:t>
      </w:r>
    </w:p>
    <w:p w:rsidR="00D47CAD" w:rsidRPr="00D91592" w:rsidRDefault="00C058D4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Планируемые результаты включают личностные, </w:t>
      </w:r>
      <w:proofErr w:type="spellStart"/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:rsidR="00D47CAD" w:rsidRPr="00D91592" w:rsidRDefault="00C058D4">
      <w:pPr>
        <w:tabs>
          <w:tab w:val="left" w:pos="180"/>
        </w:tabs>
        <w:autoSpaceDE w:val="0"/>
        <w:autoSpaceDN w:val="0"/>
        <w:spacing w:before="190" w:after="0" w:line="281" w:lineRule="auto"/>
        <w:ind w:right="864"/>
        <w:rPr>
          <w:lang w:val="ru-RU"/>
        </w:rPr>
      </w:pP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«ТЕХНОЛОГИЯ»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(предмету) «Технология» и обеспечивает обозначенную в нём содержательную составляющую по данному учебному предмету.</w:t>
      </w:r>
    </w:p>
    <w:p w:rsidR="00D47CAD" w:rsidRPr="00D91592" w:rsidRDefault="00C058D4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требованиями времени и инновационными установками отечественного </w:t>
      </w:r>
      <w:r w:rsidRPr="00D91592">
        <w:rPr>
          <w:lang w:val="ru-RU"/>
        </w:rPr>
        <w:br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образования, обозначенными во ФГОС НОО, данная программа обеспечивает реализацию </w:t>
      </w:r>
      <w:r w:rsidRPr="00D91592">
        <w:rPr>
          <w:lang w:val="ru-RU"/>
        </w:rPr>
        <w:br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обновлённой концептуальной идеи учебного предмета «Технология». Её особенность состоит в формировании у обучающихся социально ценных качеств, креативности и общей культуры личности. Новые социально-экономические условия требуют включения каждого учебного предмета в данный процесс, а уроки технологии обладают большими специфическими резервами для решения данной задачи, особенно на уровне начального 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</w:t>
      </w:r>
    </w:p>
    <w:p w:rsidR="00D47CAD" w:rsidRPr="00D91592" w:rsidRDefault="00C058D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В курсе технологии осуществляется реализация широкого спектра </w:t>
      </w:r>
      <w:proofErr w:type="spellStart"/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связей.</w:t>
      </w:r>
    </w:p>
    <w:p w:rsidR="00D47CAD" w:rsidRPr="00D91592" w:rsidRDefault="00C058D4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Математика </w:t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— 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числами.</w:t>
      </w:r>
    </w:p>
    <w:p w:rsidR="00D47CAD" w:rsidRPr="00D91592" w:rsidRDefault="00C058D4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Изобразительное искусство — использование средств художественной выразительности, законов и правил декоративно-прикладного искусства и дизайна.</w:t>
      </w:r>
    </w:p>
    <w:p w:rsidR="00D47CAD" w:rsidRPr="00D91592" w:rsidRDefault="00C058D4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b/>
          <w:color w:val="000000"/>
          <w:sz w:val="24"/>
          <w:lang w:val="ru-RU"/>
        </w:rPr>
        <w:t>Окружающий мир</w:t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 — 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традиции. </w:t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b/>
          <w:color w:val="000000"/>
          <w:sz w:val="24"/>
          <w:lang w:val="ru-RU"/>
        </w:rPr>
        <w:t>Родной язык</w:t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 —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деятельности.</w:t>
      </w:r>
    </w:p>
    <w:p w:rsidR="00D47CAD" w:rsidRPr="00D91592" w:rsidRDefault="00C058D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91592">
        <w:rPr>
          <w:rFonts w:ascii="Times New Roman" w:eastAsia="Times New Roman" w:hAnsi="Times New Roman"/>
          <w:b/>
          <w:color w:val="000000"/>
          <w:sz w:val="24"/>
          <w:lang w:val="ru-RU"/>
        </w:rPr>
        <w:t>Литературное чтени</w:t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е — работа с текстами для создания образа, реализуемого в изделии.</w:t>
      </w:r>
    </w:p>
    <w:p w:rsidR="00D47CAD" w:rsidRPr="00D91592" w:rsidRDefault="00D47CAD">
      <w:pPr>
        <w:rPr>
          <w:lang w:val="ru-RU"/>
        </w:rPr>
        <w:sectPr w:rsidR="00D47CAD" w:rsidRPr="00D91592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47CAD" w:rsidRPr="00D91592" w:rsidRDefault="00D47CAD">
      <w:pPr>
        <w:autoSpaceDE w:val="0"/>
        <w:autoSpaceDN w:val="0"/>
        <w:spacing w:after="78" w:line="220" w:lineRule="exact"/>
        <w:rPr>
          <w:lang w:val="ru-RU"/>
        </w:rPr>
      </w:pPr>
    </w:p>
    <w:p w:rsidR="00D47CAD" w:rsidRPr="00D91592" w:rsidRDefault="00C058D4">
      <w:pPr>
        <w:autoSpaceDE w:val="0"/>
        <w:autoSpaceDN w:val="0"/>
        <w:spacing w:after="0" w:line="271" w:lineRule="auto"/>
        <w:ind w:right="720" w:firstLine="180"/>
        <w:rPr>
          <w:lang w:val="ru-RU"/>
        </w:rPr>
      </w:pP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Важнейшая особенность уроков технологии в начальной школе — предметно-практическая деятельность как необходимая составляющая целостного процесса интеллектуального, а также духовного и нравственного развития обучающихся младшего школьного возраста.</w:t>
      </w:r>
    </w:p>
    <w:p w:rsidR="00D47CAD" w:rsidRPr="00D91592" w:rsidRDefault="00C058D4">
      <w:pPr>
        <w:autoSpaceDE w:val="0"/>
        <w:autoSpaceDN w:val="0"/>
        <w:spacing w:before="70" w:after="0"/>
        <w:ind w:firstLine="180"/>
        <w:rPr>
          <w:lang w:val="ru-RU"/>
        </w:rPr>
      </w:pP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Продуктивная предметная деятельность на уроках технологии является основой формирования познавательных способностей школьников, стремления активно знакомиться с историей </w:t>
      </w:r>
      <w:r w:rsidRPr="00D91592">
        <w:rPr>
          <w:lang w:val="ru-RU"/>
        </w:rPr>
        <w:br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материальной культуры и семейных традиций своего и других народов и уважительного отношения к ним.</w:t>
      </w:r>
    </w:p>
    <w:p w:rsidR="00D47CAD" w:rsidRPr="00D91592" w:rsidRDefault="00C058D4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Занятия продуктивной деятельностью закладывают основу для формирования у обучающихся социально-значимых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школьника.</w:t>
      </w:r>
    </w:p>
    <w:p w:rsidR="00D47CAD" w:rsidRPr="00D91592" w:rsidRDefault="00C058D4">
      <w:pPr>
        <w:autoSpaceDE w:val="0"/>
        <w:autoSpaceDN w:val="0"/>
        <w:spacing w:before="72" w:after="0" w:line="271" w:lineRule="auto"/>
        <w:ind w:firstLine="180"/>
        <w:rPr>
          <w:lang w:val="ru-RU"/>
        </w:rPr>
      </w:pP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На уроках технологии ученики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:rsidR="00D47CAD" w:rsidRPr="00D91592" w:rsidRDefault="00C058D4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</w:t>
      </w:r>
      <w:proofErr w:type="gramStart"/>
      <w:r w:rsidRPr="00D91592">
        <w:rPr>
          <w:rFonts w:ascii="Times New Roman" w:eastAsia="Times New Roman" w:hAnsi="Times New Roman"/>
          <w:b/>
          <w:color w:val="000000"/>
          <w:sz w:val="24"/>
          <w:lang w:val="ru-RU"/>
        </w:rPr>
        <w:t>ТЕХНОЛОГИЯ»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proofErr w:type="gramEnd"/>
      <w:r w:rsidRPr="00D9159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Основной целью </w:t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предмета является успешная социализация обучающихся, формирование у них функциональной грамотности на базе освоения культурологических и конструкторско-</w:t>
      </w:r>
      <w:r w:rsidRPr="00D91592">
        <w:rPr>
          <w:lang w:val="ru-RU"/>
        </w:rPr>
        <w:br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представленных в содержании учебного предмета.</w:t>
      </w:r>
    </w:p>
    <w:p w:rsidR="00D47CAD" w:rsidRPr="00D91592" w:rsidRDefault="00C058D4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Для реализации основной цели и концептуальной идеи данного предмета необходимо решение системы приоритетных задач: образовательных, развивающих и воспитательных.</w:t>
      </w:r>
    </w:p>
    <w:p w:rsidR="00D47CAD" w:rsidRPr="00D91592" w:rsidRDefault="00C058D4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Образовательные задачи курса: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общих представлений о культуре и организации трудовой деятельности как важной части общей культуры человека;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основ </w:t>
      </w:r>
      <w:proofErr w:type="spellStart"/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чертёжно</w:t>
      </w:r>
      <w:proofErr w:type="spellEnd"/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-графической грамотности, умения работать с простейшей технологической документацией (рисунок, чертёж, эскиз, схема);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умений.</w:t>
      </w:r>
    </w:p>
    <w:p w:rsidR="00D47CAD" w:rsidRPr="00D91592" w:rsidRDefault="00C058D4">
      <w:pPr>
        <w:tabs>
          <w:tab w:val="left" w:pos="180"/>
        </w:tabs>
        <w:autoSpaceDE w:val="0"/>
        <w:autoSpaceDN w:val="0"/>
        <w:spacing w:before="72" w:after="0" w:line="286" w:lineRule="auto"/>
        <w:rPr>
          <w:lang w:val="ru-RU"/>
        </w:rPr>
      </w:pP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Развивающие задачи: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сенсомоторных процессов, психомоторной координации, глазомера через формирование практических умений;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расширение культурного кругозора, развитие способности творческого использования полученных знаний и умений в практической деятельности;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развитие гибкости и вариативности мышления, способностей к изобретательской деятельности.</w:t>
      </w:r>
    </w:p>
    <w:p w:rsidR="00D47CAD" w:rsidRPr="00D91592" w:rsidRDefault="00C058D4">
      <w:pPr>
        <w:tabs>
          <w:tab w:val="left" w:pos="180"/>
        </w:tabs>
        <w:autoSpaceDE w:val="0"/>
        <w:autoSpaceDN w:val="0"/>
        <w:spacing w:before="70" w:after="0" w:line="283" w:lineRule="auto"/>
        <w:rPr>
          <w:lang w:val="ru-RU"/>
        </w:rPr>
      </w:pP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Воспитательные задачи: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воспитание уважительного отношения к людям труда, к культурным традициям, понимания ценности предшествующих культур, отражённых в материальном мире;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саморегуляции</w:t>
      </w:r>
      <w:proofErr w:type="spellEnd"/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, активности и инициативности;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воспитание интереса и творческого отношения к продуктивной созидательной деятельности,</w:t>
      </w:r>
    </w:p>
    <w:p w:rsidR="00D47CAD" w:rsidRPr="00D91592" w:rsidRDefault="00D47CAD">
      <w:pPr>
        <w:rPr>
          <w:lang w:val="ru-RU"/>
        </w:rPr>
        <w:sectPr w:rsidR="00D47CAD" w:rsidRPr="00D91592">
          <w:pgSz w:w="11900" w:h="16840"/>
          <w:pgMar w:top="298" w:right="704" w:bottom="368" w:left="666" w:header="720" w:footer="720" w:gutter="0"/>
          <w:cols w:space="720" w:equalWidth="0">
            <w:col w:w="10530" w:space="0"/>
          </w:cols>
          <w:docGrid w:linePitch="360"/>
        </w:sectPr>
      </w:pPr>
    </w:p>
    <w:p w:rsidR="00D47CAD" w:rsidRPr="00D91592" w:rsidRDefault="00D47CAD">
      <w:pPr>
        <w:autoSpaceDE w:val="0"/>
        <w:autoSpaceDN w:val="0"/>
        <w:spacing w:after="66" w:line="220" w:lineRule="exact"/>
        <w:rPr>
          <w:lang w:val="ru-RU"/>
        </w:rPr>
      </w:pPr>
    </w:p>
    <w:p w:rsidR="00D47CAD" w:rsidRPr="00D91592" w:rsidRDefault="00C058D4">
      <w:pPr>
        <w:tabs>
          <w:tab w:val="left" w:pos="180"/>
        </w:tabs>
        <w:autoSpaceDE w:val="0"/>
        <w:autoSpaceDN w:val="0"/>
        <w:spacing w:after="0" w:line="281" w:lineRule="auto"/>
        <w:ind w:right="288"/>
        <w:rPr>
          <w:lang w:val="ru-RU"/>
        </w:rPr>
      </w:pP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мотивации успеха и достижений, стремления к творческой самореализации;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D47CAD" w:rsidRPr="00D91592" w:rsidRDefault="00C058D4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D9159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МЕСТО УЧЕБНОГО ПРЕДМЕТА «ТЕХНОЛОГИЯ» В УЧЕБНОМ ПЛАНЕ </w:t>
      </w:r>
      <w:r w:rsidRPr="00D91592">
        <w:rPr>
          <w:lang w:val="ru-RU"/>
        </w:rPr>
        <w:br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Согласно требованиям ФГОС общее число часов на изучение курса «Технология» во 2 классе — 34 часа (по 1 часу в неделю)</w:t>
      </w:r>
    </w:p>
    <w:p w:rsidR="00D47CAD" w:rsidRPr="00D91592" w:rsidRDefault="00D47CAD">
      <w:pPr>
        <w:autoSpaceDE w:val="0"/>
        <w:autoSpaceDN w:val="0"/>
        <w:spacing w:after="78" w:line="220" w:lineRule="exact"/>
        <w:rPr>
          <w:lang w:val="ru-RU"/>
        </w:rPr>
      </w:pPr>
    </w:p>
    <w:p w:rsidR="00D47CAD" w:rsidRPr="00D91592" w:rsidRDefault="00C058D4">
      <w:pPr>
        <w:autoSpaceDE w:val="0"/>
        <w:autoSpaceDN w:val="0"/>
        <w:spacing w:after="0" w:line="230" w:lineRule="auto"/>
        <w:rPr>
          <w:lang w:val="ru-RU"/>
        </w:rPr>
      </w:pPr>
      <w:r w:rsidRPr="00D9159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D47CAD" w:rsidRPr="00D91592" w:rsidRDefault="00C058D4">
      <w:pPr>
        <w:tabs>
          <w:tab w:val="left" w:pos="180"/>
        </w:tabs>
        <w:autoSpaceDE w:val="0"/>
        <w:autoSpaceDN w:val="0"/>
        <w:spacing w:before="346" w:after="0"/>
        <w:rPr>
          <w:lang w:val="ru-RU"/>
        </w:rPr>
      </w:pP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Технологии, профессии и производства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Рукотворный мир —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</w:t>
      </w:r>
      <w:r w:rsidRPr="00D91592">
        <w:rPr>
          <w:lang w:val="ru-RU"/>
        </w:rPr>
        <w:br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выразительность. Средства художественной выразительности (композиция, цвет, тон и др.).</w:t>
      </w:r>
    </w:p>
    <w:p w:rsidR="00D47CAD" w:rsidRPr="00D91592" w:rsidRDefault="00C058D4">
      <w:pPr>
        <w:autoSpaceDE w:val="0"/>
        <w:autoSpaceDN w:val="0"/>
        <w:spacing w:before="70" w:after="0" w:line="283" w:lineRule="auto"/>
        <w:ind w:right="144"/>
        <w:rPr>
          <w:lang w:val="ru-RU"/>
        </w:rPr>
      </w:pP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Изготовление изделий с учётом данного принципа. 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(выделения) деталей, сборка, отделка изделия;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D47CAD" w:rsidRPr="00D91592" w:rsidRDefault="00C058D4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профессии; правила мастера. Культурные традиции.</w:t>
      </w:r>
    </w:p>
    <w:p w:rsidR="00D47CAD" w:rsidRPr="00D91592" w:rsidRDefault="00C058D4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D47CAD" w:rsidRPr="00D91592" w:rsidRDefault="00C058D4">
      <w:pPr>
        <w:tabs>
          <w:tab w:val="left" w:pos="180"/>
        </w:tabs>
        <w:autoSpaceDE w:val="0"/>
        <w:autoSpaceDN w:val="0"/>
        <w:spacing w:before="70" w:after="0"/>
        <w:ind w:right="288"/>
        <w:rPr>
          <w:lang w:val="ru-RU"/>
        </w:rPr>
      </w:pP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Технологии ручной обработки материалов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D47CAD" w:rsidRPr="00D91592" w:rsidRDefault="00C058D4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др.), сборка изделия (сшивание). Подвижное соединение деталей изделия. Использование </w:t>
      </w:r>
      <w:r w:rsidRPr="00D91592">
        <w:rPr>
          <w:lang w:val="ru-RU"/>
        </w:rPr>
        <w:br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соответствующих способов обработки материалов в зависимости от вида и назначения изделия.</w:t>
      </w:r>
    </w:p>
    <w:p w:rsidR="00D47CAD" w:rsidRPr="00D91592" w:rsidRDefault="00C058D4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Виды условных графических изображений: рисунок, простейший чертёж, эскиз, схема. Чертёжные инструменты —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D47CAD" w:rsidRPr="00D91592" w:rsidRDefault="00C058D4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D91592">
        <w:rPr>
          <w:rFonts w:ascii="Times New Roman" w:eastAsia="Times New Roman" w:hAnsi="Times New Roman"/>
          <w:color w:val="000000"/>
          <w:sz w:val="24"/>
          <w:u w:val="single"/>
          <w:lang w:val="ru-RU"/>
        </w:rPr>
        <w:t>Технология обработки бумаги и картона.</w:t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— </w:t>
      </w:r>
      <w:proofErr w:type="spellStart"/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биговка</w:t>
      </w:r>
      <w:proofErr w:type="spellEnd"/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. Подвижное соединение деталей на проволоку, толстую нитку.</w:t>
      </w:r>
    </w:p>
    <w:p w:rsidR="00D47CAD" w:rsidRPr="00D91592" w:rsidRDefault="00C058D4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D91592">
        <w:rPr>
          <w:rFonts w:ascii="Times New Roman" w:eastAsia="Times New Roman" w:hAnsi="Times New Roman"/>
          <w:color w:val="000000"/>
          <w:sz w:val="24"/>
          <w:u w:val="single"/>
          <w:lang w:val="ru-RU"/>
        </w:rPr>
        <w:t>Технология обработки текстильных материалов.</w:t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 Строение ткани (поперечное и продольное направление нитей). Ткани и нитки растительного происхождения (полученные на основе </w:t>
      </w:r>
      <w:r w:rsidRPr="00D91592">
        <w:rPr>
          <w:lang w:val="ru-RU"/>
        </w:rPr>
        <w:br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натурального сырья). Виды ниток (швейные, мулине). Трикотаж, нетканые материалы (общее </w:t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представление), его строение и основные свойства. Строчка прямого стежка и её варианты (перевивы, наборы) и/или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D47CAD" w:rsidRPr="00D91592" w:rsidRDefault="00C058D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Использование дополнительных материалов (например, проволока, пряжа, бусины и др.).</w:t>
      </w:r>
    </w:p>
    <w:p w:rsidR="00D47CAD" w:rsidRPr="00D91592" w:rsidRDefault="00C058D4">
      <w:pPr>
        <w:tabs>
          <w:tab w:val="left" w:pos="180"/>
        </w:tabs>
        <w:autoSpaceDE w:val="0"/>
        <w:autoSpaceDN w:val="0"/>
        <w:spacing w:before="70" w:after="0" w:line="271" w:lineRule="auto"/>
        <w:ind w:right="720"/>
        <w:rPr>
          <w:lang w:val="ru-RU"/>
        </w:rPr>
      </w:pP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Конструирование и моделирование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D47CAD" w:rsidRPr="00D91592" w:rsidRDefault="00D47CAD">
      <w:pPr>
        <w:autoSpaceDE w:val="0"/>
        <w:autoSpaceDN w:val="0"/>
        <w:spacing w:after="96" w:line="220" w:lineRule="exact"/>
        <w:rPr>
          <w:lang w:val="ru-RU"/>
        </w:rPr>
      </w:pPr>
    </w:p>
    <w:p w:rsidR="00D47CAD" w:rsidRPr="00D91592" w:rsidRDefault="00C058D4">
      <w:pPr>
        <w:autoSpaceDE w:val="0"/>
        <w:autoSpaceDN w:val="0"/>
        <w:spacing w:after="0" w:line="271" w:lineRule="auto"/>
        <w:ind w:firstLine="180"/>
        <w:rPr>
          <w:lang w:val="ru-RU"/>
        </w:rPr>
      </w:pP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D47CAD" w:rsidRPr="00D91592" w:rsidRDefault="00C058D4">
      <w:pPr>
        <w:autoSpaceDE w:val="0"/>
        <w:autoSpaceDN w:val="0"/>
        <w:spacing w:before="70" w:after="0" w:line="262" w:lineRule="auto"/>
        <w:ind w:left="180" w:right="2304"/>
        <w:rPr>
          <w:lang w:val="ru-RU"/>
        </w:rPr>
      </w:pPr>
      <w:r w:rsidRPr="00D9159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4. Информационно-коммуникативные технологии </w:t>
      </w:r>
      <w:r w:rsidRPr="00D91592">
        <w:rPr>
          <w:lang w:val="ru-RU"/>
        </w:rPr>
        <w:br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Демонстрация учителем готовых материалов на информационных носителях.</w:t>
      </w:r>
    </w:p>
    <w:p w:rsidR="00D47CAD" w:rsidRPr="00D91592" w:rsidRDefault="00C058D4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Поиск информации. Интернет как источник информации.</w:t>
      </w:r>
    </w:p>
    <w:p w:rsidR="00D47CAD" w:rsidRPr="00D91592" w:rsidRDefault="00C058D4">
      <w:pPr>
        <w:autoSpaceDE w:val="0"/>
        <w:autoSpaceDN w:val="0"/>
        <w:spacing w:before="190" w:after="0" w:line="286" w:lineRule="auto"/>
        <w:ind w:left="180" w:right="432"/>
        <w:rPr>
          <w:lang w:val="ru-RU"/>
        </w:rPr>
      </w:pPr>
      <w:r w:rsidRPr="00D9159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Универсальные учебные действия </w:t>
      </w:r>
      <w:r w:rsidRPr="00D91592">
        <w:rPr>
          <w:lang w:val="ru-RU"/>
        </w:rPr>
        <w:br/>
      </w:r>
      <w:r w:rsidRPr="00D9159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Познавательные УУД: </w:t>
      </w:r>
      <w:r w:rsidRPr="00D91592">
        <w:rPr>
          <w:lang w:val="ru-RU"/>
        </w:rPr>
        <w:br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терминах, используемых в технологии (в пределах изученного); </w:t>
      </w:r>
      <w:r w:rsidRPr="00D91592">
        <w:rPr>
          <w:lang w:val="ru-RU"/>
        </w:rPr>
        <w:br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работу в соответствии с образцом, инструкцией, устной или письменной; </w:t>
      </w:r>
      <w:r w:rsidRPr="00D91592">
        <w:rPr>
          <w:lang w:val="ru-RU"/>
        </w:rPr>
        <w:br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действия анализа и синтеза, сравнения, группировки с учётом указанных критериев; строить рассуждения, делать умозаключения, проверять их в практической работе; </w:t>
      </w:r>
      <w:r w:rsidRPr="00D91592">
        <w:rPr>
          <w:lang w:val="ru-RU"/>
        </w:rPr>
        <w:br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воспроизводить порядок действий при решении учебной/практической задачи; </w:t>
      </w:r>
      <w:r w:rsidRPr="00D91592">
        <w:rPr>
          <w:lang w:val="ru-RU"/>
        </w:rPr>
        <w:br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осуществлять решение простых задач в умственной и материализованной форме.</w:t>
      </w:r>
    </w:p>
    <w:p w:rsidR="00D47CAD" w:rsidRPr="00D91592" w:rsidRDefault="00C058D4">
      <w:pPr>
        <w:tabs>
          <w:tab w:val="left" w:pos="180"/>
        </w:tabs>
        <w:autoSpaceDE w:val="0"/>
        <w:autoSpaceDN w:val="0"/>
        <w:spacing w:before="70" w:after="0"/>
        <w:ind w:right="144"/>
        <w:rPr>
          <w:lang w:val="ru-RU"/>
        </w:rPr>
      </w:pP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Работа с информацией: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получать информацию из учебника и других дидактических материалов, использовать её в работе; </w:t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D47CAD" w:rsidRPr="00D91592" w:rsidRDefault="00C058D4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Коммуникативные УУД: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правила участия в учебном диалоге: задавать вопросы, дополнять ответы </w:t>
      </w:r>
      <w:r w:rsidRPr="00D91592">
        <w:rPr>
          <w:lang w:val="ru-RU"/>
        </w:rPr>
        <w:br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одноклассников, высказывать своё мнение; отвечать на вопросы; проявлять уважительное отношение к одноклассникам, внимание к мнению другого;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делиться впечатлениями о прослушанном (прочитанном) тексте, рассказе учителя; о выполненной работе, созданном изделии.</w:t>
      </w:r>
    </w:p>
    <w:p w:rsidR="00D47CAD" w:rsidRPr="00D91592" w:rsidRDefault="00C058D4">
      <w:pPr>
        <w:tabs>
          <w:tab w:val="left" w:pos="180"/>
        </w:tabs>
        <w:autoSpaceDE w:val="0"/>
        <w:autoSpaceDN w:val="0"/>
        <w:spacing w:before="70" w:after="0" w:line="286" w:lineRule="auto"/>
        <w:ind w:right="576"/>
        <w:rPr>
          <w:lang w:val="ru-RU"/>
        </w:rPr>
      </w:pP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Регулятивные УУД: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принимать учебную задачу;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организовывать свою деятельность;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предлагаемый план действий, действовать по плану;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прогнозировать необходимые действия для получения практического результата, планировать работу;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действия контроля и оценки;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воспринимать советы, оценку учителя и одноклассников, стараться учитывать их в работе.</w:t>
      </w:r>
    </w:p>
    <w:p w:rsidR="00D47CAD" w:rsidRPr="00D91592" w:rsidRDefault="00C058D4">
      <w:pPr>
        <w:tabs>
          <w:tab w:val="left" w:pos="180"/>
        </w:tabs>
        <w:autoSpaceDE w:val="0"/>
        <w:autoSpaceDN w:val="0"/>
        <w:spacing w:before="72" w:after="0" w:line="281" w:lineRule="auto"/>
        <w:rPr>
          <w:lang w:val="ru-RU"/>
        </w:rPr>
      </w:pP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Совместная деятельность: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элементарную совместную деятельность в процессе изготовления изделий, осуществлять взаимопомощь;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выполнять правила совместной работы: справедливо распределять работу; договариваться, выполнять ответственно свою часть работы, уважительно относиться к чужому мнению.</w:t>
      </w:r>
    </w:p>
    <w:p w:rsidR="00D47CAD" w:rsidRPr="00D91592" w:rsidRDefault="00D47CAD">
      <w:pPr>
        <w:autoSpaceDE w:val="0"/>
        <w:autoSpaceDN w:val="0"/>
        <w:spacing w:after="78" w:line="220" w:lineRule="exact"/>
        <w:rPr>
          <w:lang w:val="ru-RU"/>
        </w:rPr>
      </w:pPr>
    </w:p>
    <w:p w:rsidR="00D47CAD" w:rsidRPr="00D91592" w:rsidRDefault="00C058D4">
      <w:pPr>
        <w:autoSpaceDE w:val="0"/>
        <w:autoSpaceDN w:val="0"/>
        <w:spacing w:after="0" w:line="262" w:lineRule="auto"/>
        <w:ind w:right="432"/>
        <w:rPr>
          <w:lang w:val="ru-RU"/>
        </w:rPr>
      </w:pPr>
      <w:r w:rsidRPr="00D91592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ПЛАНИРУЕМЫЕ РЕЗУЛЬТАТЫ ОСВОЕНИЯ УЧЕБНОГО ПРЕДМЕТА «</w:t>
      </w:r>
      <w:proofErr w:type="gramStart"/>
      <w:r w:rsidRPr="00D91592">
        <w:rPr>
          <w:rFonts w:ascii="Times New Roman" w:eastAsia="Times New Roman" w:hAnsi="Times New Roman"/>
          <w:b/>
          <w:color w:val="000000"/>
          <w:sz w:val="24"/>
          <w:lang w:val="ru-RU"/>
        </w:rPr>
        <w:t>ТЕХНОЛОГИЯ»НА</w:t>
      </w:r>
      <w:proofErr w:type="gramEnd"/>
      <w:r w:rsidRPr="00D9159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УРОВНЕ НАЧАЛЬНОГО ОБЩЕГО ОБРАЗОВАНИЯ </w:t>
      </w:r>
    </w:p>
    <w:p w:rsidR="00D47CAD" w:rsidRPr="00D91592" w:rsidRDefault="00C058D4">
      <w:pPr>
        <w:tabs>
          <w:tab w:val="left" w:pos="180"/>
        </w:tabs>
        <w:autoSpaceDE w:val="0"/>
        <w:autoSpaceDN w:val="0"/>
        <w:spacing w:before="346" w:after="0" w:line="290" w:lineRule="auto"/>
        <w:rPr>
          <w:lang w:val="ru-RU"/>
        </w:rPr>
      </w:pP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ОБУЧАЮЩЕГОСЯ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«Технология» у обучающегося будут сформированы следующие личностные новообразования: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первоначальные представления о созидательном и нравственном значении труда в жизни человека и общества; уважительное отношение к труду и творчеству мастеров;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роли человека и используемых им технологий в сохранении гармонического </w:t>
      </w:r>
      <w:r w:rsidRPr="00D91592">
        <w:rPr>
          <w:lang w:val="ru-RU"/>
        </w:rPr>
        <w:br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сосуществования рукотворного мира с миром природы; ответственное отношение к сохранению окружающей среды;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культурно-исторической ценности традиций, отражённых в предметном мире; чувство сопричастности к культуре своего народа, уважительное отношение к культурным традициям других народов;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способности к эстетической оценке окружающей предметной среды; эстетические чувства — эмоционально-положительное восприятие и понимание красоты форм и образов </w:t>
      </w:r>
      <w:r w:rsidRPr="00D91592">
        <w:rPr>
          <w:lang w:val="ru-RU"/>
        </w:rPr>
        <w:br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природных объектов, образцов мировой и отечественной художественной культуры;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положительного отношения и интереса к различным видам творческой преобразующей деятельности, стремление к творческой самореализации; мотивация к творческому труду, работе на результат; способность к различным видам практической преобразующей деятельности;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устойчивых волевых качества и способность к </w:t>
      </w:r>
      <w:proofErr w:type="spellStart"/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саморегуляции</w:t>
      </w:r>
      <w:proofErr w:type="spellEnd"/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: организованность, аккуратность, трудолюбие, ответственность, умение справляться с доступными проблемами; </w:t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готовность вступать в сотрудничество с другими людьми с учётом этики общения; проявление толерантности и доброжелательности.</w:t>
      </w:r>
    </w:p>
    <w:p w:rsidR="00D47CAD" w:rsidRPr="00D91592" w:rsidRDefault="00C058D4">
      <w:pPr>
        <w:autoSpaceDE w:val="0"/>
        <w:autoSpaceDN w:val="0"/>
        <w:spacing w:before="190" w:after="0" w:line="262" w:lineRule="auto"/>
        <w:ind w:left="180" w:right="432"/>
        <w:rPr>
          <w:lang w:val="ru-RU"/>
        </w:rPr>
      </w:pPr>
      <w:r w:rsidRPr="00D9159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МЕТАПРЕДМЕТНЫЕ РЕЗУЛЬТАТЫ ОБУЧАЮЩЕГОСЯ </w:t>
      </w:r>
      <w:r w:rsidRPr="00D91592">
        <w:rPr>
          <w:lang w:val="ru-RU"/>
        </w:rPr>
        <w:br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у обучающегося формируются следующие универсальные учебные действия.</w:t>
      </w:r>
    </w:p>
    <w:p w:rsidR="00D47CAD" w:rsidRPr="00D91592" w:rsidRDefault="00C058D4">
      <w:pPr>
        <w:tabs>
          <w:tab w:val="left" w:pos="180"/>
        </w:tabs>
        <w:autoSpaceDE w:val="0"/>
        <w:autoSpaceDN w:val="0"/>
        <w:spacing w:before="190" w:after="0" w:line="288" w:lineRule="auto"/>
        <w:ind w:right="288"/>
        <w:rPr>
          <w:lang w:val="ru-RU"/>
        </w:rPr>
      </w:pP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Познавательные УУД: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анализ объектов и изделий с выделением существенных и несущественных признаков;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группы объектов/изделий, выделять в них общее и различия;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делать обобщения (технико-технологического и декоративно-художественного характера) по изучаемой тематике;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схемы, модели и простейшие чертежи в собственной практической творческой деятельности;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D47CAD" w:rsidRPr="00D91592" w:rsidRDefault="00C058D4">
      <w:pPr>
        <w:tabs>
          <w:tab w:val="left" w:pos="180"/>
        </w:tabs>
        <w:autoSpaceDE w:val="0"/>
        <w:autoSpaceDN w:val="0"/>
        <w:spacing w:before="190" w:after="0" w:line="281" w:lineRule="auto"/>
        <w:ind w:right="432"/>
        <w:rPr>
          <w:lang w:val="ru-RU"/>
        </w:rPr>
      </w:pP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Работа с информацией: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 </w:t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форме; выполнять действия моделирования,</w:t>
      </w:r>
    </w:p>
    <w:p w:rsidR="00D47CAD" w:rsidRPr="00D91592" w:rsidRDefault="00D47CAD">
      <w:pPr>
        <w:rPr>
          <w:lang w:val="ru-RU"/>
        </w:rPr>
        <w:sectPr w:rsidR="00D47CAD" w:rsidRPr="00D91592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47CAD" w:rsidRPr="00D91592" w:rsidRDefault="00D47CAD">
      <w:pPr>
        <w:autoSpaceDE w:val="0"/>
        <w:autoSpaceDN w:val="0"/>
        <w:spacing w:after="66" w:line="220" w:lineRule="exact"/>
        <w:rPr>
          <w:lang w:val="ru-RU"/>
        </w:rPr>
      </w:pPr>
    </w:p>
    <w:p w:rsidR="00D47CAD" w:rsidRPr="00D91592" w:rsidRDefault="00C058D4">
      <w:pPr>
        <w:tabs>
          <w:tab w:val="left" w:pos="180"/>
        </w:tabs>
        <w:autoSpaceDE w:val="0"/>
        <w:autoSpaceDN w:val="0"/>
        <w:spacing w:after="0" w:line="281" w:lineRule="auto"/>
        <w:ind w:right="288"/>
        <w:rPr>
          <w:lang w:val="ru-RU"/>
        </w:rPr>
      </w:pP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работать с моделями;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D47CAD" w:rsidRPr="00D91592" w:rsidRDefault="00C058D4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УУД: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тексты-описания на основе наблюдений (рассматривания) изделий декоративно-прикладного искусства народов России;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объяснять последовательность совершаемых действий при создании изделия.</w:t>
      </w:r>
    </w:p>
    <w:p w:rsidR="00D47CAD" w:rsidRPr="00D91592" w:rsidRDefault="00C058D4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Регулятивные УУД: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рационально организовывать свою работу (подготовка рабочего места, поддержание и наведение порядка, уборка после работы);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правила безопасности труда при выполнении работы;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работу, соотносить свои действия с поставленной целью;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действия контроля и оценки; вносить необходимые коррективы в действие после его завершения на основе его оценки и учёта характера сделанных ошибок;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волевую </w:t>
      </w:r>
      <w:proofErr w:type="spellStart"/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саморегуляцию</w:t>
      </w:r>
      <w:proofErr w:type="spellEnd"/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выполнении работы.</w:t>
      </w:r>
    </w:p>
    <w:p w:rsidR="00D47CAD" w:rsidRPr="00D91592" w:rsidRDefault="00C058D4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Совместная деятельность: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руководителя/лидера и подчинённого; осуществлять продуктивное сотрудничество;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 </w:t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продукта проектной деятельности.</w:t>
      </w:r>
    </w:p>
    <w:p w:rsidR="00D47CAD" w:rsidRPr="00D91592" w:rsidRDefault="00C058D4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 ОСВОЕНИЯ КУРСА «ТЕХНОЛОГИЯ»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</w:t>
      </w:r>
      <w:r w:rsidRPr="00D9159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во втором</w:t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классе обучающийся научится: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задания по самостоятельно составленному плану;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— симметрия, асимметрия, равновесие); наблюдать гармонию предметов и окружающей среды; называть характерные особенности изученных видов декоративно-прикладного искусства;</w:t>
      </w:r>
    </w:p>
    <w:p w:rsidR="00D47CAD" w:rsidRPr="00D91592" w:rsidRDefault="00D47CAD">
      <w:pPr>
        <w:rPr>
          <w:lang w:val="ru-RU"/>
        </w:rPr>
        <w:sectPr w:rsidR="00D47CAD" w:rsidRPr="00D91592">
          <w:pgSz w:w="11900" w:h="16840"/>
          <w:pgMar w:top="286" w:right="668" w:bottom="36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D47CAD" w:rsidRPr="00D91592" w:rsidRDefault="00D47CAD">
      <w:pPr>
        <w:autoSpaceDE w:val="0"/>
        <w:autoSpaceDN w:val="0"/>
        <w:spacing w:after="78" w:line="220" w:lineRule="exact"/>
        <w:rPr>
          <w:lang w:val="ru-RU"/>
        </w:rPr>
      </w:pPr>
    </w:p>
    <w:p w:rsidR="00D47CAD" w:rsidRPr="00D91592" w:rsidRDefault="00C058D4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выделять, называть и применять изученные общие правила создания рукотворного мира в своей предметно-творческой деятельности;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готовить рабочее место в соответствии с видом деятельности, поддерживать порядок во время работы, убирать рабочее место;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задание/образец по предложенным вопросам, памятке или инструкции, </w:t>
      </w:r>
      <w:r w:rsidRPr="00D91592">
        <w:rPr>
          <w:lang w:val="ru-RU"/>
        </w:rPr>
        <w:br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выполнять доступные задания с опорой на инструкционную (технологическую) карту;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отбирать материалы и инструменты для работы; исследовать свойства новых изучаемых материалов (толстый картон, натуральные ткани, нитки, проволока и др.);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читать простейшие чертежи (эскизы), называть линии чертежа (линия контура и надреза, линия выносная и размерная, линия сгиба, линия симметрии);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(эскиз); чертить окружность с помощью циркуля;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</w:t>
      </w:r>
      <w:proofErr w:type="spellStart"/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биговку</w:t>
      </w:r>
      <w:proofErr w:type="spellEnd"/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построение простейшего лекала (выкройки) правильной геометрической формы и разметку деталей кроя на ткани по нему/ней;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оформлять изделия и соединять детали освоенными ручными строчками;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смысл понятия «развёртка» (трёхмерного предмета); соотносить объёмную конструкцию с изображениями её развёртки;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отличать макет от модели, строить трёхмерный макет из готовой развёртки;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неподвижный и подвижный способ соединения деталей и выполнять подвижное и неподвижное соединения известными способами;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конструировать и моделировать изделия из различных материалов по модели, простейшему чертежу или эскизу;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решать несложные конструкторско-технологические задачи;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освоенные знания и практические умения (технологические, графические, </w:t>
      </w:r>
      <w:r w:rsidRPr="00D91592">
        <w:rPr>
          <w:lang w:val="ru-RU"/>
        </w:rPr>
        <w:br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конструкторские) в самостоятельной интеллектуальной и практической деятельности;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делать выбор, какое мнение принять — своё или другое, высказанное в ходе обсуждения;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работу в малых группах, осуществлять сотрудничество;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особенности проектной деятельности, осуществлять под руководством учителя </w:t>
      </w:r>
      <w:r w:rsidRPr="00D91592">
        <w:rPr>
          <w:lang w:val="ru-RU"/>
        </w:rPr>
        <w:br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 xml:space="preserve">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 </w:t>
      </w:r>
      <w:r w:rsidRPr="00D91592">
        <w:rPr>
          <w:lang w:val="ru-RU"/>
        </w:rPr>
        <w:br/>
      </w:r>
      <w:r w:rsidRPr="00D91592">
        <w:rPr>
          <w:lang w:val="ru-RU"/>
        </w:rPr>
        <w:tab/>
      </w:r>
      <w:r w:rsidRPr="00D91592">
        <w:rPr>
          <w:rFonts w:ascii="Times New Roman" w:eastAsia="Times New Roman" w:hAnsi="Times New Roman"/>
          <w:color w:val="000000"/>
          <w:sz w:val="24"/>
          <w:lang w:val="ru-RU"/>
        </w:rPr>
        <w:t>называть профессии людей, работающих в сфере обслуживания.</w:t>
      </w:r>
    </w:p>
    <w:p w:rsidR="00D47CAD" w:rsidRPr="00D91592" w:rsidRDefault="00D47CAD">
      <w:pPr>
        <w:rPr>
          <w:lang w:val="ru-RU"/>
        </w:rPr>
        <w:sectPr w:rsidR="00D47CAD" w:rsidRPr="00D91592">
          <w:pgSz w:w="11900" w:h="16840"/>
          <w:pgMar w:top="298" w:right="662" w:bottom="1440" w:left="666" w:header="720" w:footer="720" w:gutter="0"/>
          <w:cols w:space="720" w:equalWidth="0">
            <w:col w:w="10572" w:space="0"/>
          </w:cols>
          <w:docGrid w:linePitch="360"/>
        </w:sectPr>
      </w:pPr>
    </w:p>
    <w:p w:rsidR="00D47CAD" w:rsidRPr="00D91592" w:rsidRDefault="00D47CAD">
      <w:pPr>
        <w:autoSpaceDE w:val="0"/>
        <w:autoSpaceDN w:val="0"/>
        <w:spacing w:after="64" w:line="220" w:lineRule="exact"/>
        <w:rPr>
          <w:lang w:val="ru-RU"/>
        </w:rPr>
      </w:pPr>
    </w:p>
    <w:p w:rsidR="00D91592" w:rsidRDefault="00C058D4" w:rsidP="00D91592">
      <w:pPr>
        <w:spacing w:before="80"/>
        <w:ind w:left="106"/>
        <w:rPr>
          <w:b/>
          <w:sz w:val="19"/>
        </w:rPr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p w:rsidR="00D91592" w:rsidRDefault="00D91592" w:rsidP="00D91592">
      <w:pPr>
        <w:pStyle w:val="af"/>
        <w:spacing w:before="2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094"/>
        <w:gridCol w:w="528"/>
        <w:gridCol w:w="1104"/>
        <w:gridCol w:w="1140"/>
        <w:gridCol w:w="864"/>
        <w:gridCol w:w="3842"/>
        <w:gridCol w:w="1080"/>
        <w:gridCol w:w="2377"/>
      </w:tblGrid>
      <w:tr w:rsidR="00D91592" w:rsidTr="00132E4A">
        <w:trPr>
          <w:trHeight w:val="333"/>
        </w:trPr>
        <w:tc>
          <w:tcPr>
            <w:tcW w:w="468" w:type="dxa"/>
            <w:vMerge w:val="restart"/>
          </w:tcPr>
          <w:p w:rsidR="00D91592" w:rsidRDefault="00D91592" w:rsidP="00132E4A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4094" w:type="dxa"/>
            <w:vMerge w:val="restart"/>
          </w:tcPr>
          <w:p w:rsidR="00D91592" w:rsidRDefault="00D91592" w:rsidP="00132E4A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D91592" w:rsidRDefault="00D91592" w:rsidP="00132E4A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D91592" w:rsidRDefault="00D91592" w:rsidP="00132E4A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3842" w:type="dxa"/>
            <w:vMerge w:val="restart"/>
          </w:tcPr>
          <w:p w:rsidR="00D91592" w:rsidRDefault="00D91592" w:rsidP="00132E4A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080" w:type="dxa"/>
            <w:vMerge w:val="restart"/>
          </w:tcPr>
          <w:p w:rsidR="00D91592" w:rsidRDefault="00D91592" w:rsidP="00132E4A">
            <w:pPr>
              <w:pStyle w:val="TableParagraph"/>
              <w:spacing w:before="74" w:line="266" w:lineRule="auto"/>
              <w:ind w:left="79" w:right="29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2377" w:type="dxa"/>
            <w:vMerge w:val="restart"/>
          </w:tcPr>
          <w:p w:rsidR="00D91592" w:rsidRDefault="00D91592" w:rsidP="00132E4A">
            <w:pPr>
              <w:pStyle w:val="TableParagraph"/>
              <w:spacing w:before="74" w:line="266" w:lineRule="auto"/>
              <w:ind w:left="80" w:right="43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ресурсы</w:t>
            </w:r>
          </w:p>
        </w:tc>
      </w:tr>
      <w:tr w:rsidR="00D91592" w:rsidTr="00132E4A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D91592" w:rsidRDefault="00D91592" w:rsidP="00132E4A">
            <w:pPr>
              <w:rPr>
                <w:sz w:val="2"/>
                <w:szCs w:val="2"/>
              </w:rPr>
            </w:pPr>
          </w:p>
        </w:tc>
        <w:tc>
          <w:tcPr>
            <w:tcW w:w="4094" w:type="dxa"/>
            <w:vMerge/>
            <w:tcBorders>
              <w:top w:val="nil"/>
            </w:tcBorders>
          </w:tcPr>
          <w:p w:rsidR="00D91592" w:rsidRDefault="00D91592" w:rsidP="00132E4A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D91592" w:rsidRDefault="00D91592" w:rsidP="00132E4A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D91592" w:rsidRDefault="00D91592" w:rsidP="00132E4A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D91592" w:rsidRDefault="00D91592" w:rsidP="00132E4A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D91592" w:rsidRDefault="00D91592" w:rsidP="00132E4A">
            <w:pPr>
              <w:rPr>
                <w:sz w:val="2"/>
                <w:szCs w:val="2"/>
              </w:rPr>
            </w:pPr>
          </w:p>
        </w:tc>
        <w:tc>
          <w:tcPr>
            <w:tcW w:w="3842" w:type="dxa"/>
            <w:vMerge/>
            <w:tcBorders>
              <w:top w:val="nil"/>
            </w:tcBorders>
          </w:tcPr>
          <w:p w:rsidR="00D91592" w:rsidRDefault="00D91592" w:rsidP="00132E4A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D91592" w:rsidRDefault="00D91592" w:rsidP="00132E4A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D91592" w:rsidRDefault="00D91592" w:rsidP="00132E4A">
            <w:pPr>
              <w:rPr>
                <w:sz w:val="2"/>
                <w:szCs w:val="2"/>
              </w:rPr>
            </w:pPr>
          </w:p>
        </w:tc>
      </w:tr>
      <w:tr w:rsidR="00D91592" w:rsidRPr="00681448" w:rsidTr="00132E4A">
        <w:trPr>
          <w:trHeight w:val="333"/>
        </w:trPr>
        <w:tc>
          <w:tcPr>
            <w:tcW w:w="15497" w:type="dxa"/>
            <w:gridSpan w:val="9"/>
          </w:tcPr>
          <w:p w:rsidR="00D91592" w:rsidRDefault="00D91592" w:rsidP="00132E4A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1.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ТЕХНОЛОГИИ,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ПРОФЕССИИ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ПРОИЗВОДСТВА</w:t>
            </w:r>
          </w:p>
        </w:tc>
      </w:tr>
      <w:tr w:rsidR="00D91592" w:rsidTr="00132E4A">
        <w:trPr>
          <w:trHeight w:val="1677"/>
        </w:trPr>
        <w:tc>
          <w:tcPr>
            <w:tcW w:w="468" w:type="dxa"/>
          </w:tcPr>
          <w:p w:rsidR="00D91592" w:rsidRDefault="00D91592" w:rsidP="00132E4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4094" w:type="dxa"/>
          </w:tcPr>
          <w:p w:rsidR="00D91592" w:rsidRDefault="00D91592" w:rsidP="00132E4A">
            <w:pPr>
              <w:pStyle w:val="TableParagraph"/>
              <w:spacing w:before="74" w:line="266" w:lineRule="auto"/>
              <w:ind w:right="4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Рукотворный мир — результат труда человека.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Элементарные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представления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основном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принципе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создания мира вещей: прочность конструкции,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удобство использования, эстетическая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выразительность</w:t>
            </w:r>
          </w:p>
        </w:tc>
        <w:tc>
          <w:tcPr>
            <w:tcW w:w="528" w:type="dxa"/>
          </w:tcPr>
          <w:p w:rsidR="00D91592" w:rsidRDefault="00D91592" w:rsidP="00132E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91592" w:rsidRDefault="00D91592" w:rsidP="00132E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91592" w:rsidRDefault="00D91592" w:rsidP="00132E4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D91592" w:rsidRDefault="00D91592" w:rsidP="00132E4A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03.09.2021</w:t>
            </w:r>
          </w:p>
        </w:tc>
        <w:tc>
          <w:tcPr>
            <w:tcW w:w="3842" w:type="dxa"/>
          </w:tcPr>
          <w:p w:rsidR="00D91592" w:rsidRDefault="00D91592" w:rsidP="00132E4A">
            <w:pPr>
              <w:pStyle w:val="TableParagraph"/>
              <w:spacing w:before="74" w:line="266" w:lineRule="auto"/>
              <w:ind w:left="79" w:right="94"/>
              <w:rPr>
                <w:sz w:val="15"/>
              </w:rPr>
            </w:pPr>
            <w:r>
              <w:rPr>
                <w:w w:val="105"/>
                <w:sz w:val="15"/>
              </w:rPr>
              <w:t>Выбирать правила безопасной работы, выбирать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инструменты и приспособления в зависимости от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технологии изготавливаемых изделий. Изучать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возможности использования изучаемых </w:t>
            </w:r>
            <w:r>
              <w:rPr>
                <w:w w:val="105"/>
                <w:sz w:val="15"/>
              </w:rPr>
              <w:t>инструментов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приспособлений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людьми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профессий;</w:t>
            </w:r>
          </w:p>
        </w:tc>
        <w:tc>
          <w:tcPr>
            <w:tcW w:w="1080" w:type="dxa"/>
          </w:tcPr>
          <w:p w:rsidR="00D91592" w:rsidRDefault="00D91592" w:rsidP="00132E4A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77" w:type="dxa"/>
          </w:tcPr>
          <w:p w:rsidR="00D91592" w:rsidRDefault="00681448" w:rsidP="00132E4A">
            <w:pPr>
              <w:pStyle w:val="TableParagraph"/>
              <w:spacing w:before="74" w:line="266" w:lineRule="auto"/>
              <w:ind w:left="80" w:right="53"/>
              <w:rPr>
                <w:sz w:val="15"/>
              </w:rPr>
            </w:pPr>
            <w:hyperlink r:id="rId7">
              <w:r w:rsidR="00D91592">
                <w:rPr>
                  <w:w w:val="105"/>
                  <w:sz w:val="15"/>
                </w:rPr>
                <w:t xml:space="preserve">http://www.kudesniki.ru/gallery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галерея детских рисунков «Дети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в Интернете»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8">
              <w:r w:rsidR="00D91592">
                <w:rPr>
                  <w:w w:val="105"/>
                  <w:sz w:val="15"/>
                </w:rPr>
                <w:t xml:space="preserve">http://www.chg.ru./Fairy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творческий фестиваль «Детская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сказка»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9">
              <w:r w:rsidR="00D91592">
                <w:rPr>
                  <w:spacing w:val="-1"/>
                  <w:w w:val="105"/>
                  <w:sz w:val="15"/>
                </w:rPr>
                <w:t>http://www.rozmisel.irk.ru/children</w:t>
              </w:r>
            </w:hyperlink>
          </w:p>
          <w:p w:rsidR="00D91592" w:rsidRDefault="00D91592" w:rsidP="00132E4A">
            <w:pPr>
              <w:pStyle w:val="TableParagraph"/>
              <w:spacing w:before="5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«Творите!»</w:t>
            </w:r>
          </w:p>
        </w:tc>
      </w:tr>
      <w:tr w:rsidR="00D91592" w:rsidTr="00132E4A">
        <w:trPr>
          <w:trHeight w:val="1677"/>
        </w:trPr>
        <w:tc>
          <w:tcPr>
            <w:tcW w:w="468" w:type="dxa"/>
          </w:tcPr>
          <w:p w:rsidR="00D91592" w:rsidRDefault="00D91592" w:rsidP="00132E4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4094" w:type="dxa"/>
          </w:tcPr>
          <w:p w:rsidR="00D91592" w:rsidRDefault="00D91592" w:rsidP="00132E4A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Средства художественной выразительности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(композиция,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цвет,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тон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Изготовление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учётом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данного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принципа.</w:t>
            </w:r>
          </w:p>
        </w:tc>
        <w:tc>
          <w:tcPr>
            <w:tcW w:w="528" w:type="dxa"/>
          </w:tcPr>
          <w:p w:rsidR="00D91592" w:rsidRDefault="00D91592" w:rsidP="00132E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91592" w:rsidRDefault="00D91592" w:rsidP="00132E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91592" w:rsidRDefault="00D91592" w:rsidP="00132E4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D91592" w:rsidRDefault="00D91592" w:rsidP="00132E4A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10.09.2021</w:t>
            </w:r>
          </w:p>
        </w:tc>
        <w:tc>
          <w:tcPr>
            <w:tcW w:w="3842" w:type="dxa"/>
          </w:tcPr>
          <w:p w:rsidR="00D91592" w:rsidRDefault="00D91592" w:rsidP="00132E4A">
            <w:pPr>
              <w:pStyle w:val="TableParagraph"/>
              <w:spacing w:before="74" w:line="266" w:lineRule="auto"/>
              <w:ind w:left="79" w:right="396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Изготавливать изделия </w:t>
            </w:r>
            <w:r>
              <w:rPr>
                <w:w w:val="105"/>
                <w:sz w:val="15"/>
              </w:rPr>
              <w:t>из различных материалов,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над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изделием.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Подготавливать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работе;</w:t>
            </w:r>
          </w:p>
        </w:tc>
        <w:tc>
          <w:tcPr>
            <w:tcW w:w="1080" w:type="dxa"/>
          </w:tcPr>
          <w:p w:rsidR="00D91592" w:rsidRDefault="00D91592" w:rsidP="00132E4A">
            <w:pPr>
              <w:pStyle w:val="TableParagraph"/>
              <w:spacing w:before="74" w:line="266" w:lineRule="auto"/>
              <w:ind w:left="79" w:right="10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Контрольная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77" w:type="dxa"/>
          </w:tcPr>
          <w:p w:rsidR="00D91592" w:rsidRDefault="00681448" w:rsidP="00132E4A">
            <w:pPr>
              <w:pStyle w:val="TableParagraph"/>
              <w:spacing w:before="74" w:line="266" w:lineRule="auto"/>
              <w:ind w:left="80" w:right="53"/>
              <w:rPr>
                <w:sz w:val="15"/>
              </w:rPr>
            </w:pPr>
            <w:hyperlink r:id="rId10">
              <w:r w:rsidR="00D91592">
                <w:rPr>
                  <w:w w:val="105"/>
                  <w:sz w:val="15"/>
                </w:rPr>
                <w:t xml:space="preserve">http://www.kudesniki.ru/gallery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галерея детских рисунков «Дети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в Интернете»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11">
              <w:r w:rsidR="00D91592">
                <w:rPr>
                  <w:w w:val="105"/>
                  <w:sz w:val="15"/>
                </w:rPr>
                <w:t xml:space="preserve">http://www.chg.ru./Fairy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творческий фестиваль «Детская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сказка»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12">
              <w:r w:rsidR="00D91592">
                <w:rPr>
                  <w:spacing w:val="-1"/>
                  <w:w w:val="105"/>
                  <w:sz w:val="15"/>
                </w:rPr>
                <w:t>http://www.rozmisel.irk.ru/children</w:t>
              </w:r>
            </w:hyperlink>
          </w:p>
          <w:p w:rsidR="00D91592" w:rsidRDefault="00D91592" w:rsidP="00132E4A">
            <w:pPr>
              <w:pStyle w:val="TableParagraph"/>
              <w:spacing w:before="5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«Творите!»</w:t>
            </w:r>
          </w:p>
        </w:tc>
      </w:tr>
      <w:tr w:rsidR="00D91592" w:rsidTr="00132E4A">
        <w:trPr>
          <w:trHeight w:val="1677"/>
        </w:trPr>
        <w:tc>
          <w:tcPr>
            <w:tcW w:w="468" w:type="dxa"/>
          </w:tcPr>
          <w:p w:rsidR="00D91592" w:rsidRDefault="00D91592" w:rsidP="00132E4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4094" w:type="dxa"/>
          </w:tcPr>
          <w:p w:rsidR="00D91592" w:rsidRDefault="00D91592" w:rsidP="00132E4A">
            <w:pPr>
              <w:pStyle w:val="TableParagraph"/>
              <w:spacing w:before="74" w:line="266" w:lineRule="auto"/>
              <w:ind w:right="4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Общее представление о технологическом процессе: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анализ устройства и назначения изделия;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выстраивание последовательности практических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действий и технологических операций; подбор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 и инструментов; экономная разметка;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обработка с целью получения (выделения) деталей,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сборка,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отделка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изделия;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проверка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действии,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внесение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необходимых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дополнений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изменений</w:t>
            </w:r>
          </w:p>
        </w:tc>
        <w:tc>
          <w:tcPr>
            <w:tcW w:w="528" w:type="dxa"/>
          </w:tcPr>
          <w:p w:rsidR="00D91592" w:rsidRDefault="00D91592" w:rsidP="00132E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91592" w:rsidRDefault="00D91592" w:rsidP="00132E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91592" w:rsidRDefault="00D91592" w:rsidP="00132E4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D91592" w:rsidRDefault="00D91592" w:rsidP="00132E4A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17.09.2021</w:t>
            </w:r>
          </w:p>
        </w:tc>
        <w:tc>
          <w:tcPr>
            <w:tcW w:w="3842" w:type="dxa"/>
          </w:tcPr>
          <w:p w:rsidR="00D91592" w:rsidRDefault="00D91592" w:rsidP="00132E4A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Рассматривать </w:t>
            </w:r>
            <w:r>
              <w:rPr>
                <w:w w:val="105"/>
                <w:sz w:val="15"/>
              </w:rPr>
              <w:t>использование принципа создания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вещей,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средств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художественной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отраслях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профессиях;</w:t>
            </w:r>
          </w:p>
        </w:tc>
        <w:tc>
          <w:tcPr>
            <w:tcW w:w="1080" w:type="dxa"/>
          </w:tcPr>
          <w:p w:rsidR="00D91592" w:rsidRDefault="00D91592" w:rsidP="00132E4A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77" w:type="dxa"/>
          </w:tcPr>
          <w:p w:rsidR="00D91592" w:rsidRDefault="00681448" w:rsidP="00132E4A">
            <w:pPr>
              <w:pStyle w:val="TableParagraph"/>
              <w:spacing w:before="74" w:line="266" w:lineRule="auto"/>
              <w:ind w:left="80" w:right="53"/>
              <w:rPr>
                <w:sz w:val="15"/>
              </w:rPr>
            </w:pPr>
            <w:hyperlink r:id="rId13">
              <w:r w:rsidR="00D91592">
                <w:rPr>
                  <w:w w:val="105"/>
                  <w:sz w:val="15"/>
                </w:rPr>
                <w:t xml:space="preserve">http://www.kudesniki.ru/gallery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галерея детских рисунков «Дети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в Интернете»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14">
              <w:r w:rsidR="00D91592">
                <w:rPr>
                  <w:w w:val="105"/>
                  <w:sz w:val="15"/>
                </w:rPr>
                <w:t xml:space="preserve">http://www.chg.ru./Fairy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творческий фестиваль «Детская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сказка»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15">
              <w:r w:rsidR="00D91592">
                <w:rPr>
                  <w:spacing w:val="-1"/>
                  <w:w w:val="105"/>
                  <w:sz w:val="15"/>
                </w:rPr>
                <w:t>http://www.rozmisel.irk.ru/children</w:t>
              </w:r>
            </w:hyperlink>
          </w:p>
          <w:p w:rsidR="00D91592" w:rsidRDefault="00D91592" w:rsidP="00132E4A">
            <w:pPr>
              <w:pStyle w:val="TableParagraph"/>
              <w:spacing w:before="5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«Творите!»</w:t>
            </w:r>
          </w:p>
        </w:tc>
      </w:tr>
      <w:tr w:rsidR="00D91592" w:rsidTr="00132E4A">
        <w:trPr>
          <w:trHeight w:val="1677"/>
        </w:trPr>
        <w:tc>
          <w:tcPr>
            <w:tcW w:w="468" w:type="dxa"/>
          </w:tcPr>
          <w:p w:rsidR="00D91592" w:rsidRDefault="00D91592" w:rsidP="00132E4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4094" w:type="dxa"/>
          </w:tcPr>
          <w:p w:rsidR="00D91592" w:rsidRDefault="00D91592" w:rsidP="00132E4A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Изготовление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изделий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различных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соблюдением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этапов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технологического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процесса</w:t>
            </w:r>
          </w:p>
        </w:tc>
        <w:tc>
          <w:tcPr>
            <w:tcW w:w="528" w:type="dxa"/>
          </w:tcPr>
          <w:p w:rsidR="00D91592" w:rsidRDefault="00D91592" w:rsidP="00132E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91592" w:rsidRDefault="00D91592" w:rsidP="00132E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91592" w:rsidRDefault="00D91592" w:rsidP="00132E4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D91592" w:rsidRDefault="00D91592" w:rsidP="00132E4A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24.09.2021</w:t>
            </w:r>
          </w:p>
        </w:tc>
        <w:tc>
          <w:tcPr>
            <w:tcW w:w="3842" w:type="dxa"/>
          </w:tcPr>
          <w:p w:rsidR="00D91592" w:rsidRDefault="00D91592" w:rsidP="00132E4A">
            <w:pPr>
              <w:pStyle w:val="TableParagraph"/>
              <w:spacing w:before="74" w:line="266" w:lineRule="auto"/>
              <w:ind w:left="79" w:right="396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Изготавливать изделия </w:t>
            </w:r>
            <w:r>
              <w:rPr>
                <w:w w:val="105"/>
                <w:sz w:val="15"/>
              </w:rPr>
              <w:t>из различных материалов,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над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изделием.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Подготавливать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работе;</w:t>
            </w:r>
          </w:p>
        </w:tc>
        <w:tc>
          <w:tcPr>
            <w:tcW w:w="1080" w:type="dxa"/>
          </w:tcPr>
          <w:p w:rsidR="00D91592" w:rsidRDefault="00D91592" w:rsidP="00132E4A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77" w:type="dxa"/>
          </w:tcPr>
          <w:p w:rsidR="00D91592" w:rsidRDefault="00681448" w:rsidP="00132E4A">
            <w:pPr>
              <w:pStyle w:val="TableParagraph"/>
              <w:spacing w:before="74" w:line="266" w:lineRule="auto"/>
              <w:ind w:left="80" w:right="53"/>
              <w:rPr>
                <w:sz w:val="15"/>
              </w:rPr>
            </w:pPr>
            <w:hyperlink r:id="rId16">
              <w:r w:rsidR="00D91592">
                <w:rPr>
                  <w:w w:val="105"/>
                  <w:sz w:val="15"/>
                </w:rPr>
                <w:t xml:space="preserve">http://www.kudesniki.ru/gallery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галерея детских рисунков «Дети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в Интернете»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17">
              <w:r w:rsidR="00D91592">
                <w:rPr>
                  <w:w w:val="105"/>
                  <w:sz w:val="15"/>
                </w:rPr>
                <w:t xml:space="preserve">http://www.chg.ru./Fairy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творческий фестиваль «Детская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сказка»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18">
              <w:r w:rsidR="00D91592">
                <w:rPr>
                  <w:spacing w:val="-1"/>
                  <w:w w:val="105"/>
                  <w:sz w:val="15"/>
                </w:rPr>
                <w:t>http://www.rozmisel.irk.ru/children</w:t>
              </w:r>
            </w:hyperlink>
          </w:p>
          <w:p w:rsidR="00D91592" w:rsidRDefault="00D91592" w:rsidP="00132E4A">
            <w:pPr>
              <w:pStyle w:val="TableParagraph"/>
              <w:spacing w:before="5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«Творите!»</w:t>
            </w:r>
          </w:p>
        </w:tc>
      </w:tr>
      <w:tr w:rsidR="00D91592" w:rsidTr="00132E4A">
        <w:trPr>
          <w:trHeight w:val="1870"/>
        </w:trPr>
        <w:tc>
          <w:tcPr>
            <w:tcW w:w="468" w:type="dxa"/>
          </w:tcPr>
          <w:p w:rsidR="00D91592" w:rsidRDefault="00D91592" w:rsidP="00132E4A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4094" w:type="dxa"/>
          </w:tcPr>
          <w:p w:rsidR="00D91592" w:rsidRDefault="00D91592" w:rsidP="00132E4A">
            <w:pPr>
              <w:pStyle w:val="TableParagraph"/>
              <w:spacing w:before="74" w:line="266" w:lineRule="auto"/>
              <w:ind w:right="9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Традиции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современность.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Новая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древних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про-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фессий</w:t>
            </w:r>
            <w:proofErr w:type="spellEnd"/>
            <w:proofErr w:type="gramEnd"/>
            <w:r>
              <w:rPr>
                <w:b/>
                <w:w w:val="105"/>
                <w:sz w:val="15"/>
              </w:rPr>
              <w:t>. Совершенствование их технологических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процессов. Мастера и их профессии; правила мастера.</w:t>
            </w:r>
            <w:r>
              <w:rPr>
                <w:b/>
                <w:spacing w:val="-3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Культурные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традиции</w:t>
            </w:r>
          </w:p>
        </w:tc>
        <w:tc>
          <w:tcPr>
            <w:tcW w:w="528" w:type="dxa"/>
          </w:tcPr>
          <w:p w:rsidR="00D91592" w:rsidRDefault="00D91592" w:rsidP="00132E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91592" w:rsidRDefault="00D91592" w:rsidP="00132E4A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91592" w:rsidRDefault="00D91592" w:rsidP="00132E4A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D91592" w:rsidRDefault="00D91592" w:rsidP="00132E4A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01.10.2021</w:t>
            </w:r>
          </w:p>
        </w:tc>
        <w:tc>
          <w:tcPr>
            <w:tcW w:w="3842" w:type="dxa"/>
          </w:tcPr>
          <w:p w:rsidR="00D91592" w:rsidRDefault="00D91592" w:rsidP="00132E4A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Формировать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представление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технологическом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процессе: анализ устройства и назначения изделия;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выстраивание последовательности практических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 и технологических операций; подбор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 и инструментов; экономная разметка;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обработка с целью получения (выделения) деталей,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формообразование деталей, сборка, отделка изделия;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проверка изделия в действии, внесение необходимых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дополнений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изменений;</w:t>
            </w:r>
          </w:p>
        </w:tc>
        <w:tc>
          <w:tcPr>
            <w:tcW w:w="1080" w:type="dxa"/>
          </w:tcPr>
          <w:p w:rsidR="00D91592" w:rsidRDefault="00D91592" w:rsidP="00132E4A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77" w:type="dxa"/>
          </w:tcPr>
          <w:p w:rsidR="00D91592" w:rsidRDefault="00681448" w:rsidP="00132E4A">
            <w:pPr>
              <w:pStyle w:val="TableParagraph"/>
              <w:spacing w:before="74" w:line="266" w:lineRule="auto"/>
              <w:ind w:left="80" w:right="53"/>
              <w:rPr>
                <w:sz w:val="15"/>
              </w:rPr>
            </w:pPr>
            <w:hyperlink r:id="rId19">
              <w:r w:rsidR="00D91592">
                <w:rPr>
                  <w:w w:val="105"/>
                  <w:sz w:val="15"/>
                </w:rPr>
                <w:t xml:space="preserve">http://www.kudesniki.ru/gallery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галерея детских рисунков «Дети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в Интернете»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20">
              <w:r w:rsidR="00D91592">
                <w:rPr>
                  <w:w w:val="105"/>
                  <w:sz w:val="15"/>
                </w:rPr>
                <w:t xml:space="preserve">http://www.chg.ru./Fairy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творческий фестиваль «Детская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сказка»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21">
              <w:r w:rsidR="00D91592">
                <w:rPr>
                  <w:spacing w:val="-1"/>
                  <w:w w:val="105"/>
                  <w:sz w:val="15"/>
                </w:rPr>
                <w:t>http://www.rozmisel.irk.ru/children</w:t>
              </w:r>
            </w:hyperlink>
          </w:p>
          <w:p w:rsidR="00D91592" w:rsidRDefault="00D91592" w:rsidP="00132E4A">
            <w:pPr>
              <w:pStyle w:val="TableParagraph"/>
              <w:spacing w:before="5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«Творите!»</w:t>
            </w:r>
          </w:p>
        </w:tc>
      </w:tr>
    </w:tbl>
    <w:p w:rsidR="00D91592" w:rsidRDefault="00D91592" w:rsidP="00D91592">
      <w:pPr>
        <w:rPr>
          <w:sz w:val="15"/>
        </w:rPr>
        <w:sectPr w:rsidR="00D91592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094"/>
        <w:gridCol w:w="528"/>
        <w:gridCol w:w="1104"/>
        <w:gridCol w:w="1140"/>
        <w:gridCol w:w="864"/>
        <w:gridCol w:w="3842"/>
        <w:gridCol w:w="1080"/>
        <w:gridCol w:w="2377"/>
      </w:tblGrid>
      <w:tr w:rsidR="00D91592" w:rsidTr="00132E4A">
        <w:trPr>
          <w:trHeight w:val="1677"/>
        </w:trPr>
        <w:tc>
          <w:tcPr>
            <w:tcW w:w="468" w:type="dxa"/>
          </w:tcPr>
          <w:p w:rsidR="00D91592" w:rsidRDefault="00D91592" w:rsidP="00132E4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1.6.</w:t>
            </w:r>
          </w:p>
        </w:tc>
        <w:tc>
          <w:tcPr>
            <w:tcW w:w="4094" w:type="dxa"/>
          </w:tcPr>
          <w:p w:rsidR="00D91592" w:rsidRDefault="00D91592" w:rsidP="00132E4A">
            <w:pPr>
              <w:pStyle w:val="TableParagraph"/>
              <w:spacing w:line="266" w:lineRule="auto"/>
              <w:ind w:right="22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Элементарная творческая и проектная </w:t>
            </w:r>
            <w:r>
              <w:rPr>
                <w:b/>
                <w:w w:val="105"/>
                <w:sz w:val="15"/>
              </w:rPr>
              <w:t>деятельность</w:t>
            </w:r>
            <w:r>
              <w:rPr>
                <w:b/>
                <w:spacing w:val="-3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(создание замысла, его детализация и воплощение).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Несложные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коллективные,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групповые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проекты</w:t>
            </w:r>
          </w:p>
        </w:tc>
        <w:tc>
          <w:tcPr>
            <w:tcW w:w="528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91592" w:rsidRDefault="00D91592" w:rsidP="00132E4A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D91592" w:rsidRDefault="00D91592" w:rsidP="00132E4A">
            <w:pPr>
              <w:pStyle w:val="TableParagraph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08.10.2021</w:t>
            </w:r>
          </w:p>
        </w:tc>
        <w:tc>
          <w:tcPr>
            <w:tcW w:w="3842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94"/>
              <w:rPr>
                <w:sz w:val="15"/>
              </w:rPr>
            </w:pPr>
            <w:r>
              <w:rPr>
                <w:w w:val="105"/>
                <w:sz w:val="15"/>
              </w:rPr>
              <w:t>Формировать элементарные представления об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принципе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вещей: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прочность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конструкции, удобство использования, </w:t>
            </w:r>
            <w:r>
              <w:rPr>
                <w:w w:val="105"/>
                <w:sz w:val="15"/>
              </w:rPr>
              <w:t>эстетическая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выразительность. Изготавливать изделия с учётом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данного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принципа;</w:t>
            </w:r>
          </w:p>
        </w:tc>
        <w:tc>
          <w:tcPr>
            <w:tcW w:w="1080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77" w:type="dxa"/>
          </w:tcPr>
          <w:p w:rsidR="00D91592" w:rsidRDefault="00681448" w:rsidP="00132E4A">
            <w:pPr>
              <w:pStyle w:val="TableParagraph"/>
              <w:spacing w:line="266" w:lineRule="auto"/>
              <w:ind w:left="80" w:right="53"/>
              <w:rPr>
                <w:sz w:val="15"/>
              </w:rPr>
            </w:pPr>
            <w:hyperlink r:id="rId22">
              <w:r w:rsidR="00D91592">
                <w:rPr>
                  <w:w w:val="105"/>
                  <w:sz w:val="15"/>
                </w:rPr>
                <w:t xml:space="preserve">http://www.kudesniki.ru/gallery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галерея детских рисунков «Дети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в Интернете»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23">
              <w:r w:rsidR="00D91592">
                <w:rPr>
                  <w:w w:val="105"/>
                  <w:sz w:val="15"/>
                </w:rPr>
                <w:t xml:space="preserve">http://www.chg.ru./Fairy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творческий фестиваль «Детская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сказка»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24">
              <w:r w:rsidR="00D91592">
                <w:rPr>
                  <w:spacing w:val="-1"/>
                  <w:w w:val="105"/>
                  <w:sz w:val="15"/>
                </w:rPr>
                <w:t>http://www.rozmisel.irk.ru/children</w:t>
              </w:r>
            </w:hyperlink>
          </w:p>
          <w:p w:rsidR="00D91592" w:rsidRDefault="00D91592" w:rsidP="00132E4A">
            <w:pPr>
              <w:pStyle w:val="TableParagraph"/>
              <w:spacing w:before="5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«Творите!»</w:t>
            </w:r>
          </w:p>
        </w:tc>
      </w:tr>
      <w:tr w:rsidR="00D91592" w:rsidTr="00132E4A">
        <w:trPr>
          <w:trHeight w:val="333"/>
        </w:trPr>
        <w:tc>
          <w:tcPr>
            <w:tcW w:w="4562" w:type="dxa"/>
            <w:gridSpan w:val="2"/>
          </w:tcPr>
          <w:p w:rsidR="00D91592" w:rsidRDefault="00D91592" w:rsidP="00132E4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0407" w:type="dxa"/>
            <w:gridSpan w:val="6"/>
          </w:tcPr>
          <w:p w:rsidR="00D91592" w:rsidRDefault="00D91592" w:rsidP="00132E4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91592" w:rsidRPr="00681448" w:rsidTr="00132E4A">
        <w:trPr>
          <w:trHeight w:val="333"/>
        </w:trPr>
        <w:tc>
          <w:tcPr>
            <w:tcW w:w="15497" w:type="dxa"/>
            <w:gridSpan w:val="9"/>
          </w:tcPr>
          <w:p w:rsidR="00D91592" w:rsidRDefault="00D91592" w:rsidP="00132E4A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ТЕХНОЛОГИИ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РУЧНОЙ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ОБРАБОТКИ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</w:p>
        </w:tc>
      </w:tr>
      <w:tr w:rsidR="00D91592" w:rsidTr="00132E4A">
        <w:trPr>
          <w:trHeight w:val="1870"/>
        </w:trPr>
        <w:tc>
          <w:tcPr>
            <w:tcW w:w="468" w:type="dxa"/>
          </w:tcPr>
          <w:p w:rsidR="00D91592" w:rsidRDefault="00D91592" w:rsidP="00132E4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4094" w:type="dxa"/>
          </w:tcPr>
          <w:p w:rsidR="00D91592" w:rsidRDefault="00D91592" w:rsidP="00132E4A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Многообразие материалов, их свойств и их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практическое применение в жизни. Исследование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сравнение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элементарных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физических,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механических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технологических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свойств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различных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материалов.</w:t>
            </w:r>
          </w:p>
          <w:p w:rsidR="00D91592" w:rsidRDefault="00D91592" w:rsidP="00132E4A">
            <w:pPr>
              <w:pStyle w:val="TableParagraph"/>
              <w:spacing w:before="3" w:line="266" w:lineRule="auto"/>
              <w:ind w:right="4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Выбор материалов по их декоративно-художественным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конструктивным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свойствам.</w:t>
            </w:r>
          </w:p>
        </w:tc>
        <w:tc>
          <w:tcPr>
            <w:tcW w:w="528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05</w:t>
            </w:r>
          </w:p>
        </w:tc>
        <w:tc>
          <w:tcPr>
            <w:tcW w:w="1104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91592" w:rsidRDefault="00D91592" w:rsidP="00132E4A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D91592" w:rsidRDefault="00D91592" w:rsidP="00132E4A">
            <w:pPr>
              <w:pStyle w:val="TableParagraph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15.10.2021</w:t>
            </w:r>
          </w:p>
        </w:tc>
        <w:tc>
          <w:tcPr>
            <w:tcW w:w="3842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303"/>
              <w:rPr>
                <w:sz w:val="15"/>
              </w:rPr>
            </w:pPr>
            <w:r>
              <w:rPr>
                <w:w w:val="105"/>
                <w:sz w:val="15"/>
              </w:rPr>
              <w:t>По заданному образцу организовывать свою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деятельность: подготавливать рабочее место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 с природным материалом, правильно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рационально размещать </w:t>
            </w:r>
            <w:r>
              <w:rPr>
                <w:w w:val="105"/>
                <w:sz w:val="15"/>
              </w:rPr>
              <w:t>инструменты и материалы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в соответствии с индивидуальными </w:t>
            </w:r>
            <w:r>
              <w:rPr>
                <w:w w:val="105"/>
                <w:sz w:val="15"/>
              </w:rPr>
              <w:t>особенностями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обучающихся, под контролем учителя в процессе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контролировать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</w:p>
          <w:p w:rsidR="00D91592" w:rsidRDefault="00D91592" w:rsidP="00132E4A">
            <w:pPr>
              <w:pStyle w:val="TableParagraph"/>
              <w:spacing w:before="5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необходимости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восстанавливать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месте;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убирать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место;</w:t>
            </w:r>
          </w:p>
        </w:tc>
        <w:tc>
          <w:tcPr>
            <w:tcW w:w="1080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77" w:type="dxa"/>
          </w:tcPr>
          <w:p w:rsidR="00D91592" w:rsidRDefault="00681448" w:rsidP="00132E4A">
            <w:pPr>
              <w:pStyle w:val="TableParagraph"/>
              <w:spacing w:line="266" w:lineRule="auto"/>
              <w:ind w:left="80" w:right="53"/>
              <w:rPr>
                <w:sz w:val="15"/>
              </w:rPr>
            </w:pPr>
            <w:hyperlink r:id="rId25">
              <w:r w:rsidR="00D91592">
                <w:rPr>
                  <w:w w:val="105"/>
                  <w:sz w:val="15"/>
                </w:rPr>
                <w:t xml:space="preserve">http://www.kudesniki.ru/gallery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галерея детских рисунков «Дети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в Интернете»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26">
              <w:r w:rsidR="00D91592">
                <w:rPr>
                  <w:w w:val="105"/>
                  <w:sz w:val="15"/>
                </w:rPr>
                <w:t xml:space="preserve">http://www.chg.ru./Fairy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творческий фестиваль «Детская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сказка»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27">
              <w:r w:rsidR="00D91592">
                <w:rPr>
                  <w:spacing w:val="-1"/>
                  <w:w w:val="105"/>
                  <w:sz w:val="15"/>
                </w:rPr>
                <w:t>http://www.rozmisel.irk.ru/children</w:t>
              </w:r>
            </w:hyperlink>
          </w:p>
          <w:p w:rsidR="00D91592" w:rsidRDefault="00D91592" w:rsidP="00132E4A">
            <w:pPr>
              <w:pStyle w:val="TableParagraph"/>
              <w:spacing w:before="5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«Творите!»</w:t>
            </w:r>
          </w:p>
        </w:tc>
      </w:tr>
      <w:tr w:rsidR="00D91592" w:rsidTr="00132E4A">
        <w:trPr>
          <w:trHeight w:val="1677"/>
        </w:trPr>
        <w:tc>
          <w:tcPr>
            <w:tcW w:w="468" w:type="dxa"/>
          </w:tcPr>
          <w:p w:rsidR="00D91592" w:rsidRDefault="00D91592" w:rsidP="00132E4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4094" w:type="dxa"/>
          </w:tcPr>
          <w:p w:rsidR="00D91592" w:rsidRDefault="00D91592" w:rsidP="00132E4A">
            <w:pPr>
              <w:pStyle w:val="TableParagraph"/>
              <w:spacing w:line="266" w:lineRule="auto"/>
              <w:ind w:right="18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Называние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выполнение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основных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технологических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операций ручной обработки материалов в процессе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изготовления </w:t>
            </w:r>
            <w:r>
              <w:rPr>
                <w:b/>
                <w:w w:val="105"/>
                <w:sz w:val="15"/>
              </w:rPr>
              <w:t>изделия: разметка деталей (с помощью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линейки (угольника, циркуля), формообразование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деталей (сгибание, складывание тонкого картона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плотных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видов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бу</w:t>
            </w:r>
            <w:proofErr w:type="spellEnd"/>
            <w:r>
              <w:rPr>
                <w:b/>
                <w:w w:val="105"/>
                <w:sz w:val="15"/>
              </w:rPr>
              <w:t>-</w:t>
            </w:r>
          </w:p>
          <w:p w:rsidR="00D91592" w:rsidRDefault="00D91592" w:rsidP="00132E4A">
            <w:pPr>
              <w:pStyle w:val="TableParagraph"/>
              <w:spacing w:before="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маги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сборка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(сшивание)</w:t>
            </w:r>
          </w:p>
        </w:tc>
        <w:tc>
          <w:tcPr>
            <w:tcW w:w="528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91592" w:rsidRDefault="00D91592" w:rsidP="00132E4A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D91592" w:rsidRDefault="00D91592" w:rsidP="00132E4A">
            <w:pPr>
              <w:pStyle w:val="TableParagraph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22.10.2021</w:t>
            </w:r>
          </w:p>
        </w:tc>
        <w:tc>
          <w:tcPr>
            <w:tcW w:w="3842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50"/>
              <w:rPr>
                <w:sz w:val="15"/>
              </w:rPr>
            </w:pPr>
            <w:r>
              <w:rPr>
                <w:w w:val="105"/>
                <w:sz w:val="15"/>
              </w:rPr>
              <w:t>Применять правила рационального и безопасного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 чертёжных инструментов (линейка,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угольник,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циркуль).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названия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основных инструментов и приспособлений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ручного труда, использовать их в практической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работе;</w:t>
            </w:r>
          </w:p>
        </w:tc>
        <w:tc>
          <w:tcPr>
            <w:tcW w:w="1080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77" w:type="dxa"/>
          </w:tcPr>
          <w:p w:rsidR="00D91592" w:rsidRDefault="00681448" w:rsidP="00132E4A">
            <w:pPr>
              <w:pStyle w:val="TableParagraph"/>
              <w:spacing w:line="266" w:lineRule="auto"/>
              <w:ind w:left="80" w:right="53"/>
              <w:rPr>
                <w:sz w:val="15"/>
              </w:rPr>
            </w:pPr>
            <w:hyperlink r:id="rId28">
              <w:r w:rsidR="00D91592">
                <w:rPr>
                  <w:w w:val="105"/>
                  <w:sz w:val="15"/>
                </w:rPr>
                <w:t xml:space="preserve">http://www.kudesniki.ru/gallery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галерея детских рисунков «Дети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в Интернете»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29">
              <w:r w:rsidR="00D91592">
                <w:rPr>
                  <w:w w:val="105"/>
                  <w:sz w:val="15"/>
                </w:rPr>
                <w:t xml:space="preserve">http://www.chg.ru./Fairy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творческий фестиваль «Детская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сказка»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30">
              <w:r w:rsidR="00D91592">
                <w:rPr>
                  <w:spacing w:val="-1"/>
                  <w:w w:val="105"/>
                  <w:sz w:val="15"/>
                </w:rPr>
                <w:t>http://www.rozmisel.irk.ru/children</w:t>
              </w:r>
            </w:hyperlink>
          </w:p>
          <w:p w:rsidR="00D91592" w:rsidRDefault="00D91592" w:rsidP="00132E4A">
            <w:pPr>
              <w:pStyle w:val="TableParagraph"/>
              <w:spacing w:before="5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«Творите!»</w:t>
            </w:r>
          </w:p>
        </w:tc>
      </w:tr>
      <w:tr w:rsidR="00D91592" w:rsidTr="00132E4A">
        <w:trPr>
          <w:trHeight w:val="1677"/>
        </w:trPr>
        <w:tc>
          <w:tcPr>
            <w:tcW w:w="468" w:type="dxa"/>
          </w:tcPr>
          <w:p w:rsidR="00D91592" w:rsidRDefault="00D91592" w:rsidP="00132E4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4094" w:type="dxa"/>
          </w:tcPr>
          <w:p w:rsidR="00D91592" w:rsidRDefault="00D91592" w:rsidP="00132E4A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Подвижное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соединение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изделия</w:t>
            </w:r>
          </w:p>
        </w:tc>
        <w:tc>
          <w:tcPr>
            <w:tcW w:w="528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91592" w:rsidRDefault="00D91592" w:rsidP="00132E4A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D91592" w:rsidRDefault="00D91592" w:rsidP="00132E4A">
            <w:pPr>
              <w:pStyle w:val="TableParagraph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08.11.2021</w:t>
            </w:r>
          </w:p>
        </w:tc>
        <w:tc>
          <w:tcPr>
            <w:tcW w:w="3842" w:type="dxa"/>
          </w:tcPr>
          <w:p w:rsidR="00D91592" w:rsidRDefault="00D91592" w:rsidP="00132E4A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Различать подвижные и неподвижные соединения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деталей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конструкции;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щелевой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замок;</w:t>
            </w:r>
          </w:p>
        </w:tc>
        <w:tc>
          <w:tcPr>
            <w:tcW w:w="1080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77" w:type="dxa"/>
          </w:tcPr>
          <w:p w:rsidR="00D91592" w:rsidRDefault="00681448" w:rsidP="00132E4A">
            <w:pPr>
              <w:pStyle w:val="TableParagraph"/>
              <w:spacing w:line="266" w:lineRule="auto"/>
              <w:ind w:left="80" w:right="53"/>
              <w:rPr>
                <w:sz w:val="15"/>
              </w:rPr>
            </w:pPr>
            <w:hyperlink r:id="rId31">
              <w:r w:rsidR="00D91592">
                <w:rPr>
                  <w:w w:val="105"/>
                  <w:sz w:val="15"/>
                </w:rPr>
                <w:t xml:space="preserve">http://www.kudesniki.ru/gallery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галерея детских рисунков «Дети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в Интернете»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32">
              <w:r w:rsidR="00D91592">
                <w:rPr>
                  <w:w w:val="105"/>
                  <w:sz w:val="15"/>
                </w:rPr>
                <w:t xml:space="preserve">http://www.chg.ru./Fairy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творческий фестиваль «Детская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сказка»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33">
              <w:r w:rsidR="00D91592">
                <w:rPr>
                  <w:spacing w:val="-1"/>
                  <w:w w:val="105"/>
                  <w:sz w:val="15"/>
                </w:rPr>
                <w:t>http://www.rozmisel.irk.ru/children</w:t>
              </w:r>
            </w:hyperlink>
          </w:p>
          <w:p w:rsidR="00D91592" w:rsidRDefault="00D91592" w:rsidP="00132E4A">
            <w:pPr>
              <w:pStyle w:val="TableParagraph"/>
              <w:spacing w:before="5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«Творите!»</w:t>
            </w:r>
          </w:p>
        </w:tc>
      </w:tr>
      <w:tr w:rsidR="00D91592" w:rsidTr="00132E4A">
        <w:trPr>
          <w:trHeight w:val="2254"/>
        </w:trPr>
        <w:tc>
          <w:tcPr>
            <w:tcW w:w="468" w:type="dxa"/>
          </w:tcPr>
          <w:p w:rsidR="00D91592" w:rsidRDefault="00D91592" w:rsidP="00132E4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4094" w:type="dxa"/>
          </w:tcPr>
          <w:p w:rsidR="00D91592" w:rsidRDefault="00D91592" w:rsidP="00132E4A">
            <w:pPr>
              <w:pStyle w:val="TableParagraph"/>
              <w:spacing w:line="266" w:lineRule="auto"/>
              <w:ind w:right="17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Использование соответствующих способов </w:t>
            </w:r>
            <w:r>
              <w:rPr>
                <w:b/>
                <w:w w:val="105"/>
                <w:sz w:val="15"/>
              </w:rPr>
              <w:t>обработки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 в зависимости от вида и назначения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изделия</w:t>
            </w:r>
          </w:p>
        </w:tc>
        <w:tc>
          <w:tcPr>
            <w:tcW w:w="528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91592" w:rsidRDefault="00D91592" w:rsidP="00132E4A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D91592" w:rsidRDefault="00D91592" w:rsidP="00132E4A">
            <w:pPr>
              <w:pStyle w:val="TableParagraph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15.11.2021</w:t>
            </w:r>
          </w:p>
        </w:tc>
        <w:tc>
          <w:tcPr>
            <w:tcW w:w="3842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52"/>
              <w:rPr>
                <w:sz w:val="15"/>
              </w:rPr>
            </w:pPr>
            <w:r>
              <w:rPr>
                <w:w w:val="105"/>
                <w:sz w:val="15"/>
              </w:rPr>
              <w:t>Анализировать конструкцию изделия, обсуждать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варианты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изготовления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 технологические операции ручной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обработки материалов в процессе изготовления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изделия: разметку деталей с помощью линейки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(угольника, циркуля), выделение деталей,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формообразование деталей (сгибание, складывание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тонкого картона и плотных видов бумаги), сборку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 (склеивание) и отделку изделия или его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 по заданному образцу и самостоятельно при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технике;</w:t>
            </w:r>
          </w:p>
        </w:tc>
        <w:tc>
          <w:tcPr>
            <w:tcW w:w="1080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77" w:type="dxa"/>
          </w:tcPr>
          <w:p w:rsidR="00D91592" w:rsidRDefault="00681448" w:rsidP="00132E4A">
            <w:pPr>
              <w:pStyle w:val="TableParagraph"/>
              <w:spacing w:line="266" w:lineRule="auto"/>
              <w:ind w:left="80" w:right="53"/>
              <w:rPr>
                <w:sz w:val="15"/>
              </w:rPr>
            </w:pPr>
            <w:hyperlink r:id="rId34">
              <w:r w:rsidR="00D91592">
                <w:rPr>
                  <w:w w:val="105"/>
                  <w:sz w:val="15"/>
                </w:rPr>
                <w:t xml:space="preserve">http://www.kudesniki.ru/gallery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галерея детских рисунков «Дети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в Интернете»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35">
              <w:r w:rsidR="00D91592">
                <w:rPr>
                  <w:w w:val="105"/>
                  <w:sz w:val="15"/>
                </w:rPr>
                <w:t xml:space="preserve">http://www.chg.ru./Fairy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творческий фестиваль «Детская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сказка»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36">
              <w:r w:rsidR="00D91592">
                <w:rPr>
                  <w:spacing w:val="-1"/>
                  <w:w w:val="105"/>
                  <w:sz w:val="15"/>
                </w:rPr>
                <w:t>http://www.rozmisel.irk.ru/children</w:t>
              </w:r>
            </w:hyperlink>
          </w:p>
          <w:p w:rsidR="00D91592" w:rsidRDefault="00D91592" w:rsidP="00132E4A">
            <w:pPr>
              <w:pStyle w:val="TableParagraph"/>
              <w:spacing w:before="5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«Творите!»</w:t>
            </w:r>
          </w:p>
        </w:tc>
      </w:tr>
    </w:tbl>
    <w:p w:rsidR="00D91592" w:rsidRDefault="00D91592" w:rsidP="00D91592">
      <w:pPr>
        <w:rPr>
          <w:sz w:val="15"/>
        </w:rPr>
        <w:sectPr w:rsidR="00D9159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094"/>
        <w:gridCol w:w="528"/>
        <w:gridCol w:w="1104"/>
        <w:gridCol w:w="1140"/>
        <w:gridCol w:w="864"/>
        <w:gridCol w:w="3842"/>
        <w:gridCol w:w="1080"/>
        <w:gridCol w:w="2377"/>
      </w:tblGrid>
      <w:tr w:rsidR="00D91592" w:rsidTr="00132E4A">
        <w:trPr>
          <w:trHeight w:val="1677"/>
        </w:trPr>
        <w:tc>
          <w:tcPr>
            <w:tcW w:w="468" w:type="dxa"/>
          </w:tcPr>
          <w:p w:rsidR="00D91592" w:rsidRDefault="00D91592" w:rsidP="00132E4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2.5.</w:t>
            </w:r>
          </w:p>
        </w:tc>
        <w:tc>
          <w:tcPr>
            <w:tcW w:w="4094" w:type="dxa"/>
          </w:tcPr>
          <w:p w:rsidR="00D91592" w:rsidRDefault="00D91592" w:rsidP="00132E4A">
            <w:pPr>
              <w:pStyle w:val="TableParagraph"/>
              <w:spacing w:line="266" w:lineRule="auto"/>
              <w:ind w:right="23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Виды условных графических изображений: </w:t>
            </w:r>
            <w:r>
              <w:rPr>
                <w:b/>
                <w:w w:val="105"/>
                <w:sz w:val="15"/>
              </w:rPr>
              <w:t>рисунок,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простейший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чертёж,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эскиз,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схема</w:t>
            </w:r>
          </w:p>
        </w:tc>
        <w:tc>
          <w:tcPr>
            <w:tcW w:w="528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91592" w:rsidRDefault="00D91592" w:rsidP="00132E4A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D91592" w:rsidRDefault="00D91592" w:rsidP="00132E4A">
            <w:pPr>
              <w:pStyle w:val="TableParagraph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22.11.2021</w:t>
            </w:r>
          </w:p>
        </w:tc>
        <w:tc>
          <w:tcPr>
            <w:tcW w:w="3842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15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Различать виды условных графических </w:t>
            </w:r>
            <w:r>
              <w:rPr>
                <w:w w:val="105"/>
                <w:sz w:val="15"/>
              </w:rPr>
              <w:t>изображений: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простейший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чертёж,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схема.</w:t>
            </w:r>
          </w:p>
          <w:p w:rsidR="00D91592" w:rsidRDefault="00D91592" w:rsidP="00132E4A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 в практической работе чертёжные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инструменты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линейку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(угольник,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циркуль),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функциональное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назначение,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конструкцию;</w:t>
            </w:r>
          </w:p>
        </w:tc>
        <w:tc>
          <w:tcPr>
            <w:tcW w:w="1080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77" w:type="dxa"/>
          </w:tcPr>
          <w:p w:rsidR="00D91592" w:rsidRDefault="00681448" w:rsidP="00132E4A">
            <w:pPr>
              <w:pStyle w:val="TableParagraph"/>
              <w:spacing w:line="266" w:lineRule="auto"/>
              <w:ind w:left="80" w:right="53"/>
              <w:rPr>
                <w:sz w:val="15"/>
              </w:rPr>
            </w:pPr>
            <w:hyperlink r:id="rId37">
              <w:r w:rsidR="00D91592">
                <w:rPr>
                  <w:w w:val="105"/>
                  <w:sz w:val="15"/>
                </w:rPr>
                <w:t xml:space="preserve">http://www.kudesniki.ru/gallery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галерея детских рисунков «Дети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в Интернете»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38">
              <w:r w:rsidR="00D91592">
                <w:rPr>
                  <w:w w:val="105"/>
                  <w:sz w:val="15"/>
                </w:rPr>
                <w:t xml:space="preserve">http://www.chg.ru./Fairy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творческий фестиваль «Детская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сказка»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39">
              <w:r w:rsidR="00D91592">
                <w:rPr>
                  <w:spacing w:val="-1"/>
                  <w:w w:val="105"/>
                  <w:sz w:val="15"/>
                </w:rPr>
                <w:t>http://www.rozmisel.irk.ru/children</w:t>
              </w:r>
            </w:hyperlink>
          </w:p>
          <w:p w:rsidR="00D91592" w:rsidRDefault="00D91592" w:rsidP="00132E4A">
            <w:pPr>
              <w:pStyle w:val="TableParagraph"/>
              <w:spacing w:before="5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«Творите!»</w:t>
            </w:r>
          </w:p>
        </w:tc>
      </w:tr>
      <w:tr w:rsidR="00D91592" w:rsidTr="00132E4A">
        <w:trPr>
          <w:trHeight w:val="1677"/>
        </w:trPr>
        <w:tc>
          <w:tcPr>
            <w:tcW w:w="468" w:type="dxa"/>
          </w:tcPr>
          <w:p w:rsidR="00D91592" w:rsidRDefault="00D91592" w:rsidP="00132E4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4094" w:type="dxa"/>
          </w:tcPr>
          <w:p w:rsidR="00D91592" w:rsidRDefault="00D91592" w:rsidP="00132E4A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Чертёжные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инструменты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—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линейка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(угольник,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циркуль).</w:t>
            </w:r>
          </w:p>
          <w:p w:rsidR="00D91592" w:rsidRDefault="00D91592" w:rsidP="00132E4A">
            <w:pPr>
              <w:pStyle w:val="TableParagraph"/>
              <w:spacing w:before="2" w:line="266" w:lineRule="auto"/>
              <w:ind w:right="9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Их функциональное назначение, конструкция.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Приёмы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работы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колющими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(циркуль)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инструментами</w:t>
            </w:r>
          </w:p>
        </w:tc>
        <w:tc>
          <w:tcPr>
            <w:tcW w:w="528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91592" w:rsidRDefault="00D91592" w:rsidP="00132E4A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D91592" w:rsidRDefault="00D91592" w:rsidP="00132E4A">
            <w:pPr>
              <w:pStyle w:val="TableParagraph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29.11.2021</w:t>
            </w:r>
          </w:p>
        </w:tc>
        <w:tc>
          <w:tcPr>
            <w:tcW w:w="3842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15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Различать виды условных графических </w:t>
            </w:r>
            <w:r>
              <w:rPr>
                <w:w w:val="105"/>
                <w:sz w:val="15"/>
              </w:rPr>
              <w:t>изображений: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простейший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чертёж,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схема.</w:t>
            </w:r>
          </w:p>
          <w:p w:rsidR="00D91592" w:rsidRDefault="00D91592" w:rsidP="00132E4A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Использовать в практической работе чертёжные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инструменты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линейку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(угольник,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циркуль),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функциональное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назначение,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конструкцию;</w:t>
            </w:r>
          </w:p>
        </w:tc>
        <w:tc>
          <w:tcPr>
            <w:tcW w:w="1080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77" w:type="dxa"/>
          </w:tcPr>
          <w:p w:rsidR="00D91592" w:rsidRDefault="00681448" w:rsidP="00132E4A">
            <w:pPr>
              <w:pStyle w:val="TableParagraph"/>
              <w:spacing w:line="266" w:lineRule="auto"/>
              <w:ind w:left="80" w:right="53"/>
              <w:rPr>
                <w:sz w:val="15"/>
              </w:rPr>
            </w:pPr>
            <w:hyperlink r:id="rId40">
              <w:r w:rsidR="00D91592">
                <w:rPr>
                  <w:w w:val="105"/>
                  <w:sz w:val="15"/>
                </w:rPr>
                <w:t xml:space="preserve">http://www.kudesniki.ru/gallery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галерея детских рисунков «Дети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в Интернете»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41">
              <w:r w:rsidR="00D91592">
                <w:rPr>
                  <w:w w:val="105"/>
                  <w:sz w:val="15"/>
                </w:rPr>
                <w:t xml:space="preserve">http://www.chg.ru./Fairy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творческий фестиваль «Детская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сказка»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42">
              <w:r w:rsidR="00D91592">
                <w:rPr>
                  <w:spacing w:val="-1"/>
                  <w:w w:val="105"/>
                  <w:sz w:val="15"/>
                </w:rPr>
                <w:t>http://www.rozmisel.irk.ru/children</w:t>
              </w:r>
            </w:hyperlink>
          </w:p>
          <w:p w:rsidR="00D91592" w:rsidRDefault="00D91592" w:rsidP="00132E4A">
            <w:pPr>
              <w:pStyle w:val="TableParagraph"/>
              <w:spacing w:before="5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«Творите!»</w:t>
            </w:r>
          </w:p>
        </w:tc>
      </w:tr>
      <w:tr w:rsidR="00D91592" w:rsidTr="00132E4A">
        <w:trPr>
          <w:trHeight w:val="1822"/>
        </w:trPr>
        <w:tc>
          <w:tcPr>
            <w:tcW w:w="468" w:type="dxa"/>
          </w:tcPr>
          <w:p w:rsidR="00D91592" w:rsidRDefault="00D91592" w:rsidP="00132E4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4094" w:type="dxa"/>
          </w:tcPr>
          <w:p w:rsidR="00D91592" w:rsidRDefault="00D91592" w:rsidP="00132E4A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Технология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обработки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бумаги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картона</w:t>
            </w:r>
          </w:p>
        </w:tc>
        <w:tc>
          <w:tcPr>
            <w:tcW w:w="528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91592" w:rsidRDefault="00D91592" w:rsidP="00132E4A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D91592" w:rsidRDefault="00D91592" w:rsidP="00132E4A">
            <w:pPr>
              <w:pStyle w:val="TableParagraph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06.12.2021</w:t>
            </w:r>
          </w:p>
        </w:tc>
        <w:tc>
          <w:tcPr>
            <w:tcW w:w="3842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Наблюдать, сравнивать, сопоставлять </w:t>
            </w:r>
            <w:r>
              <w:rPr>
                <w:w w:val="105"/>
                <w:sz w:val="15"/>
              </w:rPr>
              <w:t>свойства бумаги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(состав,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прочность);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бумаг.</w:t>
            </w:r>
          </w:p>
          <w:p w:rsidR="00D91592" w:rsidRDefault="00D91592" w:rsidP="00132E4A">
            <w:pPr>
              <w:pStyle w:val="TableParagraph"/>
              <w:spacing w:before="2" w:line="266" w:lineRule="auto"/>
              <w:ind w:left="79" w:right="4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Называть особенности использования </w:t>
            </w:r>
            <w:r>
              <w:rPr>
                <w:w w:val="105"/>
                <w:sz w:val="15"/>
              </w:rPr>
              <w:t>различных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выбирать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 для изготовления изделия. Осваивать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отдельные приёмы работы с бумагой, правила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разметки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деталей;</w:t>
            </w:r>
          </w:p>
        </w:tc>
        <w:tc>
          <w:tcPr>
            <w:tcW w:w="1080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77" w:type="dxa"/>
          </w:tcPr>
          <w:p w:rsidR="00D91592" w:rsidRDefault="00681448" w:rsidP="00132E4A">
            <w:pPr>
              <w:pStyle w:val="TableParagraph"/>
              <w:spacing w:line="266" w:lineRule="auto"/>
              <w:ind w:left="80" w:right="53"/>
              <w:rPr>
                <w:sz w:val="15"/>
              </w:rPr>
            </w:pPr>
            <w:hyperlink r:id="rId43">
              <w:r w:rsidR="00D91592">
                <w:rPr>
                  <w:w w:val="105"/>
                  <w:sz w:val="15"/>
                </w:rPr>
                <w:t xml:space="preserve">http://www.kudesniki.ru/gallery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галерея детских рисунков «Дети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в Интернете»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44">
              <w:r w:rsidR="00D91592">
                <w:rPr>
                  <w:w w:val="105"/>
                  <w:sz w:val="15"/>
                </w:rPr>
                <w:t xml:space="preserve">http://www.chg.ru./Fairy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творческий фестиваль «Детская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сказка»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45">
              <w:r w:rsidR="00D91592">
                <w:rPr>
                  <w:spacing w:val="-1"/>
                  <w:w w:val="105"/>
                  <w:sz w:val="15"/>
                </w:rPr>
                <w:t>http://www.rozmisel.irk.ru/children</w:t>
              </w:r>
            </w:hyperlink>
          </w:p>
          <w:p w:rsidR="00D91592" w:rsidRDefault="00D91592" w:rsidP="00132E4A">
            <w:pPr>
              <w:pStyle w:val="TableParagraph"/>
              <w:spacing w:before="5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«Творите!»</w:t>
            </w:r>
          </w:p>
        </w:tc>
      </w:tr>
      <w:tr w:rsidR="00D91592" w:rsidTr="00132E4A">
        <w:trPr>
          <w:trHeight w:val="1677"/>
        </w:trPr>
        <w:tc>
          <w:tcPr>
            <w:tcW w:w="468" w:type="dxa"/>
          </w:tcPr>
          <w:p w:rsidR="00D91592" w:rsidRDefault="00D91592" w:rsidP="00132E4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4094" w:type="dxa"/>
          </w:tcPr>
          <w:p w:rsidR="00D91592" w:rsidRDefault="00D91592" w:rsidP="00132E4A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Назначение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линий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чертежа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(контур,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разреза,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сгиба, выносная, размерная). Чтение условных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графических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изображений</w:t>
            </w:r>
          </w:p>
        </w:tc>
        <w:tc>
          <w:tcPr>
            <w:tcW w:w="528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91592" w:rsidRDefault="00D91592" w:rsidP="00132E4A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D91592" w:rsidRDefault="00D91592" w:rsidP="00132E4A">
            <w:pPr>
              <w:pStyle w:val="TableParagraph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13.12.2021</w:t>
            </w:r>
          </w:p>
        </w:tc>
        <w:tc>
          <w:tcPr>
            <w:tcW w:w="3842" w:type="dxa"/>
          </w:tcPr>
          <w:p w:rsidR="00D91592" w:rsidRDefault="00D91592" w:rsidP="00132E4A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Читать графическую чертёжную документацию: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простейший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чертёж,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учётом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обозначений;</w:t>
            </w:r>
          </w:p>
        </w:tc>
        <w:tc>
          <w:tcPr>
            <w:tcW w:w="1080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77" w:type="dxa"/>
          </w:tcPr>
          <w:p w:rsidR="00D91592" w:rsidRDefault="00681448" w:rsidP="00132E4A">
            <w:pPr>
              <w:pStyle w:val="TableParagraph"/>
              <w:spacing w:line="266" w:lineRule="auto"/>
              <w:ind w:left="80" w:right="53"/>
              <w:rPr>
                <w:sz w:val="15"/>
              </w:rPr>
            </w:pPr>
            <w:hyperlink r:id="rId46">
              <w:r w:rsidR="00D91592">
                <w:rPr>
                  <w:w w:val="105"/>
                  <w:sz w:val="15"/>
                </w:rPr>
                <w:t xml:space="preserve">http://www.kudesniki.ru/gallery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галерея детских рисунков «Дети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в Интернете»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47">
              <w:r w:rsidR="00D91592">
                <w:rPr>
                  <w:w w:val="105"/>
                  <w:sz w:val="15"/>
                </w:rPr>
                <w:t xml:space="preserve">http://www.chg.ru./Fairy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творческий фестиваль «Детская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сказка»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48">
              <w:r w:rsidR="00D91592">
                <w:rPr>
                  <w:spacing w:val="-1"/>
                  <w:w w:val="105"/>
                  <w:sz w:val="15"/>
                </w:rPr>
                <w:t>http://www.rozmisel.irk.ru/children</w:t>
              </w:r>
            </w:hyperlink>
          </w:p>
          <w:p w:rsidR="00D91592" w:rsidRDefault="00D91592" w:rsidP="00132E4A">
            <w:pPr>
              <w:pStyle w:val="TableParagraph"/>
              <w:spacing w:before="5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«Творите!»</w:t>
            </w:r>
          </w:p>
        </w:tc>
      </w:tr>
      <w:tr w:rsidR="00D91592" w:rsidTr="00132E4A">
        <w:trPr>
          <w:trHeight w:val="1677"/>
        </w:trPr>
        <w:tc>
          <w:tcPr>
            <w:tcW w:w="468" w:type="dxa"/>
          </w:tcPr>
          <w:p w:rsidR="00D91592" w:rsidRDefault="00D91592" w:rsidP="00132E4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4094" w:type="dxa"/>
          </w:tcPr>
          <w:p w:rsidR="00D91592" w:rsidRDefault="00D91592" w:rsidP="00132E4A">
            <w:pPr>
              <w:pStyle w:val="TableParagraph"/>
              <w:spacing w:line="266" w:lineRule="auto"/>
              <w:ind w:right="22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Построение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прямоугольника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двух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прямых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углов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(от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одного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прямого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угла).</w:t>
            </w:r>
          </w:p>
        </w:tc>
        <w:tc>
          <w:tcPr>
            <w:tcW w:w="528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91592" w:rsidRDefault="00D91592" w:rsidP="00132E4A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D91592" w:rsidRDefault="00D91592" w:rsidP="00132E4A">
            <w:pPr>
              <w:pStyle w:val="TableParagraph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20.12.2021</w:t>
            </w:r>
          </w:p>
        </w:tc>
        <w:tc>
          <w:tcPr>
            <w:tcW w:w="3842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построение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прямоугольника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углов,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угла;</w:t>
            </w:r>
          </w:p>
        </w:tc>
        <w:tc>
          <w:tcPr>
            <w:tcW w:w="1080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77" w:type="dxa"/>
          </w:tcPr>
          <w:p w:rsidR="00D91592" w:rsidRDefault="00681448" w:rsidP="00132E4A">
            <w:pPr>
              <w:pStyle w:val="TableParagraph"/>
              <w:spacing w:line="266" w:lineRule="auto"/>
              <w:ind w:left="80" w:right="53"/>
              <w:rPr>
                <w:sz w:val="15"/>
              </w:rPr>
            </w:pPr>
            <w:hyperlink r:id="rId49">
              <w:r w:rsidR="00D91592">
                <w:rPr>
                  <w:w w:val="105"/>
                  <w:sz w:val="15"/>
                </w:rPr>
                <w:t xml:space="preserve">http://www.kudesniki.ru/gallery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галерея детских рисунков «Дети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в Интернете»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50">
              <w:r w:rsidR="00D91592">
                <w:rPr>
                  <w:w w:val="105"/>
                  <w:sz w:val="15"/>
                </w:rPr>
                <w:t xml:space="preserve">http://www.chg.ru./Fairy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творческий фестиваль «Детская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сказка»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51">
              <w:r w:rsidR="00D91592">
                <w:rPr>
                  <w:spacing w:val="-1"/>
                  <w:w w:val="105"/>
                  <w:sz w:val="15"/>
                </w:rPr>
                <w:t>http://www.rozmisel.irk.ru/children</w:t>
              </w:r>
            </w:hyperlink>
          </w:p>
          <w:p w:rsidR="00D91592" w:rsidRDefault="00D91592" w:rsidP="00132E4A">
            <w:pPr>
              <w:pStyle w:val="TableParagraph"/>
              <w:spacing w:before="5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«Творите!»</w:t>
            </w:r>
          </w:p>
        </w:tc>
      </w:tr>
      <w:tr w:rsidR="00D91592" w:rsidTr="00132E4A">
        <w:trPr>
          <w:trHeight w:val="1870"/>
        </w:trPr>
        <w:tc>
          <w:tcPr>
            <w:tcW w:w="468" w:type="dxa"/>
          </w:tcPr>
          <w:p w:rsidR="00D91592" w:rsidRDefault="00D91592" w:rsidP="00132E4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2.10</w:t>
            </w:r>
          </w:p>
        </w:tc>
        <w:tc>
          <w:tcPr>
            <w:tcW w:w="4094" w:type="dxa"/>
          </w:tcPr>
          <w:p w:rsidR="00D91592" w:rsidRDefault="00D91592" w:rsidP="00132E4A">
            <w:pPr>
              <w:pStyle w:val="TableParagraph"/>
              <w:spacing w:line="266" w:lineRule="auto"/>
              <w:ind w:right="95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Сгибание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складывание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тонкого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картона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плотных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видов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бумаги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биговка</w:t>
            </w:r>
            <w:proofErr w:type="spellEnd"/>
          </w:p>
        </w:tc>
        <w:tc>
          <w:tcPr>
            <w:tcW w:w="528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91592" w:rsidRDefault="00D91592" w:rsidP="00132E4A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D91592" w:rsidRDefault="00D91592" w:rsidP="00132E4A">
            <w:pPr>
              <w:pStyle w:val="TableParagraph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27.12.2021</w:t>
            </w:r>
          </w:p>
        </w:tc>
        <w:tc>
          <w:tcPr>
            <w:tcW w:w="3842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303"/>
              <w:rPr>
                <w:sz w:val="15"/>
              </w:rPr>
            </w:pPr>
            <w:r>
              <w:rPr>
                <w:w w:val="105"/>
                <w:sz w:val="15"/>
              </w:rPr>
              <w:t>По заданному образцу организовывать свою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деятельность: подготавливать рабочее место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 с природным материалом, правильно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рационально размещать </w:t>
            </w:r>
            <w:r>
              <w:rPr>
                <w:w w:val="105"/>
                <w:sz w:val="15"/>
              </w:rPr>
              <w:t>инструменты и материалы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в соответствии с индивидуальными </w:t>
            </w:r>
            <w:r>
              <w:rPr>
                <w:w w:val="105"/>
                <w:sz w:val="15"/>
              </w:rPr>
              <w:t>особенностями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обучающихся, под контролем учителя в процессе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контролировать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</w:p>
          <w:p w:rsidR="00D91592" w:rsidRDefault="00D91592" w:rsidP="00132E4A">
            <w:pPr>
              <w:pStyle w:val="TableParagraph"/>
              <w:spacing w:before="5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необходимости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восстанавливать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порядок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месте;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убирать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место;</w:t>
            </w:r>
          </w:p>
        </w:tc>
        <w:tc>
          <w:tcPr>
            <w:tcW w:w="1080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77" w:type="dxa"/>
          </w:tcPr>
          <w:p w:rsidR="00D91592" w:rsidRDefault="00681448" w:rsidP="00132E4A">
            <w:pPr>
              <w:pStyle w:val="TableParagraph"/>
              <w:spacing w:line="266" w:lineRule="auto"/>
              <w:ind w:left="80" w:right="53"/>
              <w:rPr>
                <w:sz w:val="15"/>
              </w:rPr>
            </w:pPr>
            <w:hyperlink r:id="rId52">
              <w:r w:rsidR="00D91592">
                <w:rPr>
                  <w:w w:val="105"/>
                  <w:sz w:val="15"/>
                </w:rPr>
                <w:t xml:space="preserve">http://www.kudesniki.ru/gallery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галерея детских рисунков «Дети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в Интернете»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53">
              <w:r w:rsidR="00D91592">
                <w:rPr>
                  <w:w w:val="105"/>
                  <w:sz w:val="15"/>
                </w:rPr>
                <w:t xml:space="preserve">http://www.chg.ru./Fairy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творческий фестиваль «Детская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сказка»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54">
              <w:r w:rsidR="00D91592">
                <w:rPr>
                  <w:spacing w:val="-1"/>
                  <w:w w:val="105"/>
                  <w:sz w:val="15"/>
                </w:rPr>
                <w:t>http://www.rozmisel.irk.ru/children</w:t>
              </w:r>
            </w:hyperlink>
          </w:p>
          <w:p w:rsidR="00D91592" w:rsidRDefault="00D91592" w:rsidP="00132E4A">
            <w:pPr>
              <w:pStyle w:val="TableParagraph"/>
              <w:spacing w:before="5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«Творите!»</w:t>
            </w:r>
          </w:p>
        </w:tc>
      </w:tr>
    </w:tbl>
    <w:p w:rsidR="00D91592" w:rsidRDefault="00D91592" w:rsidP="00D91592">
      <w:pPr>
        <w:rPr>
          <w:sz w:val="15"/>
        </w:rPr>
        <w:sectPr w:rsidR="00D9159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094"/>
        <w:gridCol w:w="528"/>
        <w:gridCol w:w="1104"/>
        <w:gridCol w:w="1140"/>
        <w:gridCol w:w="864"/>
        <w:gridCol w:w="3842"/>
        <w:gridCol w:w="1080"/>
        <w:gridCol w:w="2377"/>
      </w:tblGrid>
      <w:tr w:rsidR="00D91592" w:rsidTr="00132E4A">
        <w:trPr>
          <w:trHeight w:val="1677"/>
        </w:trPr>
        <w:tc>
          <w:tcPr>
            <w:tcW w:w="468" w:type="dxa"/>
          </w:tcPr>
          <w:p w:rsidR="00D91592" w:rsidRDefault="00D91592" w:rsidP="00132E4A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2.11.</w:t>
            </w:r>
          </w:p>
        </w:tc>
        <w:tc>
          <w:tcPr>
            <w:tcW w:w="4094" w:type="dxa"/>
          </w:tcPr>
          <w:p w:rsidR="00D91592" w:rsidRDefault="00D91592" w:rsidP="00132E4A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Разметка деталей с опорой на простейший чертёж,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эскиз.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Изготовление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изделий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рисунку,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простейшему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чертежу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эскизу,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схеме</w:t>
            </w:r>
          </w:p>
        </w:tc>
        <w:tc>
          <w:tcPr>
            <w:tcW w:w="528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91592" w:rsidRDefault="00D91592" w:rsidP="00132E4A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D91592" w:rsidRDefault="00D91592" w:rsidP="00132E4A">
            <w:pPr>
              <w:pStyle w:val="TableParagraph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10.01.2022</w:t>
            </w:r>
          </w:p>
        </w:tc>
        <w:tc>
          <w:tcPr>
            <w:tcW w:w="3842" w:type="dxa"/>
          </w:tcPr>
          <w:p w:rsidR="00D91592" w:rsidRDefault="00D91592" w:rsidP="00132E4A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Планировать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свою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предложенному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учебнике,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рабочей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тетради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образцу;</w:t>
            </w:r>
          </w:p>
        </w:tc>
        <w:tc>
          <w:tcPr>
            <w:tcW w:w="1080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77" w:type="dxa"/>
          </w:tcPr>
          <w:p w:rsidR="00D91592" w:rsidRDefault="00681448" w:rsidP="00132E4A">
            <w:pPr>
              <w:pStyle w:val="TableParagraph"/>
              <w:spacing w:line="266" w:lineRule="auto"/>
              <w:ind w:left="80" w:right="53"/>
              <w:rPr>
                <w:sz w:val="15"/>
              </w:rPr>
            </w:pPr>
            <w:hyperlink r:id="rId55">
              <w:r w:rsidR="00D91592">
                <w:rPr>
                  <w:w w:val="105"/>
                  <w:sz w:val="15"/>
                </w:rPr>
                <w:t xml:space="preserve">http://www.kudesniki.ru/gallery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галерея детских рисунков «Дети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в Интернете»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56">
              <w:r w:rsidR="00D91592">
                <w:rPr>
                  <w:w w:val="105"/>
                  <w:sz w:val="15"/>
                </w:rPr>
                <w:t xml:space="preserve">http://www.chg.ru./Fairy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творческий фестиваль «Детская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сказка»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57">
              <w:r w:rsidR="00D91592">
                <w:rPr>
                  <w:spacing w:val="-1"/>
                  <w:w w:val="105"/>
                  <w:sz w:val="15"/>
                </w:rPr>
                <w:t>http://www.rozmisel.irk.ru/children</w:t>
              </w:r>
            </w:hyperlink>
          </w:p>
          <w:p w:rsidR="00D91592" w:rsidRDefault="00D91592" w:rsidP="00132E4A">
            <w:pPr>
              <w:pStyle w:val="TableParagraph"/>
              <w:spacing w:before="5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«Творите!»</w:t>
            </w:r>
          </w:p>
        </w:tc>
      </w:tr>
      <w:tr w:rsidR="00D91592" w:rsidTr="00132E4A">
        <w:trPr>
          <w:trHeight w:val="1677"/>
        </w:trPr>
        <w:tc>
          <w:tcPr>
            <w:tcW w:w="468" w:type="dxa"/>
          </w:tcPr>
          <w:p w:rsidR="00D91592" w:rsidRDefault="00D91592" w:rsidP="00132E4A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2.12.</w:t>
            </w:r>
          </w:p>
        </w:tc>
        <w:tc>
          <w:tcPr>
            <w:tcW w:w="4094" w:type="dxa"/>
          </w:tcPr>
          <w:p w:rsidR="00D91592" w:rsidRDefault="00D91592" w:rsidP="00132E4A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Использование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измерений,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вычислений</w:t>
            </w:r>
          </w:p>
          <w:p w:rsidR="00D91592" w:rsidRDefault="00D91592" w:rsidP="00132E4A">
            <w:pPr>
              <w:pStyle w:val="TableParagraph"/>
              <w:spacing w:before="2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построений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решения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практических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задач</w:t>
            </w:r>
          </w:p>
        </w:tc>
        <w:tc>
          <w:tcPr>
            <w:tcW w:w="528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91592" w:rsidRDefault="00D91592" w:rsidP="00132E4A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D91592" w:rsidRDefault="00D91592" w:rsidP="00132E4A">
            <w:pPr>
              <w:pStyle w:val="TableParagraph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17.01.2022</w:t>
            </w:r>
          </w:p>
        </w:tc>
        <w:tc>
          <w:tcPr>
            <w:tcW w:w="3842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Осваивать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построение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разметку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циркуля;</w:t>
            </w:r>
          </w:p>
        </w:tc>
        <w:tc>
          <w:tcPr>
            <w:tcW w:w="1080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77" w:type="dxa"/>
          </w:tcPr>
          <w:p w:rsidR="00D91592" w:rsidRDefault="00681448" w:rsidP="00132E4A">
            <w:pPr>
              <w:pStyle w:val="TableParagraph"/>
              <w:spacing w:line="266" w:lineRule="auto"/>
              <w:ind w:left="80" w:right="53"/>
              <w:rPr>
                <w:sz w:val="15"/>
              </w:rPr>
            </w:pPr>
            <w:hyperlink r:id="rId58">
              <w:r w:rsidR="00D91592">
                <w:rPr>
                  <w:w w:val="105"/>
                  <w:sz w:val="15"/>
                </w:rPr>
                <w:t xml:space="preserve">http://www.kudesniki.ru/gallery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галерея детских рисунков «Дети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в Интернете»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59">
              <w:r w:rsidR="00D91592">
                <w:rPr>
                  <w:w w:val="105"/>
                  <w:sz w:val="15"/>
                </w:rPr>
                <w:t xml:space="preserve">http://www.chg.ru./Fairy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творческий фестиваль «Детская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сказка»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60">
              <w:r w:rsidR="00D91592">
                <w:rPr>
                  <w:spacing w:val="-1"/>
                  <w:w w:val="105"/>
                  <w:sz w:val="15"/>
                </w:rPr>
                <w:t>http://www.rozmisel.irk.ru/children</w:t>
              </w:r>
            </w:hyperlink>
          </w:p>
          <w:p w:rsidR="00D91592" w:rsidRDefault="00D91592" w:rsidP="00132E4A">
            <w:pPr>
              <w:pStyle w:val="TableParagraph"/>
              <w:spacing w:before="5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«Творите!»</w:t>
            </w:r>
          </w:p>
        </w:tc>
      </w:tr>
      <w:tr w:rsidR="00D91592" w:rsidTr="00132E4A">
        <w:trPr>
          <w:trHeight w:val="1677"/>
        </w:trPr>
        <w:tc>
          <w:tcPr>
            <w:tcW w:w="468" w:type="dxa"/>
          </w:tcPr>
          <w:p w:rsidR="00D91592" w:rsidRDefault="00D91592" w:rsidP="00132E4A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2.13.</w:t>
            </w:r>
          </w:p>
        </w:tc>
        <w:tc>
          <w:tcPr>
            <w:tcW w:w="4094" w:type="dxa"/>
          </w:tcPr>
          <w:p w:rsidR="00D91592" w:rsidRDefault="00D91592" w:rsidP="00132E4A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Подвижное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соединение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проволоку,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толстую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нитку.</w:t>
            </w:r>
          </w:p>
        </w:tc>
        <w:tc>
          <w:tcPr>
            <w:tcW w:w="528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91592" w:rsidRDefault="00D91592" w:rsidP="00132E4A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D91592" w:rsidRDefault="00D91592" w:rsidP="00132E4A">
            <w:pPr>
              <w:pStyle w:val="TableParagraph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24.01.2023</w:t>
            </w:r>
          </w:p>
        </w:tc>
        <w:tc>
          <w:tcPr>
            <w:tcW w:w="3842" w:type="dxa"/>
          </w:tcPr>
          <w:p w:rsidR="00D91592" w:rsidRDefault="00D91592" w:rsidP="00132E4A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подвижное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соединение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проволоку,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толстую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нитку;</w:t>
            </w:r>
          </w:p>
        </w:tc>
        <w:tc>
          <w:tcPr>
            <w:tcW w:w="1080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77" w:type="dxa"/>
          </w:tcPr>
          <w:p w:rsidR="00D91592" w:rsidRDefault="00681448" w:rsidP="00132E4A">
            <w:pPr>
              <w:pStyle w:val="TableParagraph"/>
              <w:spacing w:line="266" w:lineRule="auto"/>
              <w:ind w:left="80" w:right="53"/>
              <w:rPr>
                <w:sz w:val="15"/>
              </w:rPr>
            </w:pPr>
            <w:hyperlink r:id="rId61">
              <w:r w:rsidR="00D91592">
                <w:rPr>
                  <w:w w:val="105"/>
                  <w:sz w:val="15"/>
                </w:rPr>
                <w:t xml:space="preserve">http://www.kudesniki.ru/gallery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галерея детских рисунков «Дети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в Интернете»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62">
              <w:r w:rsidR="00D91592">
                <w:rPr>
                  <w:w w:val="105"/>
                  <w:sz w:val="15"/>
                </w:rPr>
                <w:t xml:space="preserve">http://www.chg.ru./Fairy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творческий фестиваль «Детская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сказка»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63">
              <w:r w:rsidR="00D91592">
                <w:rPr>
                  <w:spacing w:val="-1"/>
                  <w:w w:val="105"/>
                  <w:sz w:val="15"/>
                </w:rPr>
                <w:t>http://www.rozmisel.irk.ru/children</w:t>
              </w:r>
            </w:hyperlink>
          </w:p>
          <w:p w:rsidR="00D91592" w:rsidRDefault="00D91592" w:rsidP="00132E4A">
            <w:pPr>
              <w:pStyle w:val="TableParagraph"/>
              <w:spacing w:before="5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«Творите!»</w:t>
            </w:r>
          </w:p>
        </w:tc>
      </w:tr>
      <w:tr w:rsidR="00D91592" w:rsidTr="00132E4A">
        <w:trPr>
          <w:trHeight w:val="1677"/>
        </w:trPr>
        <w:tc>
          <w:tcPr>
            <w:tcW w:w="468" w:type="dxa"/>
          </w:tcPr>
          <w:p w:rsidR="00D91592" w:rsidRDefault="00D91592" w:rsidP="00132E4A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2.14.</w:t>
            </w:r>
          </w:p>
        </w:tc>
        <w:tc>
          <w:tcPr>
            <w:tcW w:w="4094" w:type="dxa"/>
          </w:tcPr>
          <w:p w:rsidR="00D91592" w:rsidRDefault="00D91592" w:rsidP="00132E4A">
            <w:pPr>
              <w:pStyle w:val="TableParagraph"/>
              <w:spacing w:line="266" w:lineRule="auto"/>
              <w:ind w:right="9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Технология обработки текстильных материалов.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Строение ткани (поперечное и продольное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направление нитей). Ткани и нитки растительного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происхождения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(полученные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основе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натурального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сырья)</w:t>
            </w:r>
          </w:p>
        </w:tc>
        <w:tc>
          <w:tcPr>
            <w:tcW w:w="528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91592" w:rsidRDefault="00D91592" w:rsidP="00132E4A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D91592" w:rsidRDefault="00D91592" w:rsidP="00132E4A">
            <w:pPr>
              <w:pStyle w:val="TableParagraph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31.01.2022</w:t>
            </w:r>
          </w:p>
        </w:tc>
        <w:tc>
          <w:tcPr>
            <w:tcW w:w="3842" w:type="dxa"/>
          </w:tcPr>
          <w:p w:rsidR="00D91592" w:rsidRDefault="00D91592" w:rsidP="00132E4A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Классифицировать изучаемые материалы (ткани,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трикотаж,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нетканые)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изготовления,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нитям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основ; нитки по назначению и происхождению,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изучаемые материалы по сырью, из которого они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изготовлены;</w:t>
            </w:r>
          </w:p>
        </w:tc>
        <w:tc>
          <w:tcPr>
            <w:tcW w:w="1080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77" w:type="dxa"/>
          </w:tcPr>
          <w:p w:rsidR="00D91592" w:rsidRDefault="00681448" w:rsidP="00132E4A">
            <w:pPr>
              <w:pStyle w:val="TableParagraph"/>
              <w:spacing w:line="266" w:lineRule="auto"/>
              <w:ind w:left="80" w:right="53"/>
              <w:rPr>
                <w:sz w:val="15"/>
              </w:rPr>
            </w:pPr>
            <w:hyperlink r:id="rId64">
              <w:r w:rsidR="00D91592">
                <w:rPr>
                  <w:w w:val="105"/>
                  <w:sz w:val="15"/>
                </w:rPr>
                <w:t xml:space="preserve">http://www.kudesniki.ru/gallery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галерея детских рисунков «Дети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в Интернете»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65">
              <w:r w:rsidR="00D91592">
                <w:rPr>
                  <w:w w:val="105"/>
                  <w:sz w:val="15"/>
                </w:rPr>
                <w:t xml:space="preserve">http://www.chg.ru./Fairy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творческий фестиваль «Детская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сказка»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66">
              <w:r w:rsidR="00D91592">
                <w:rPr>
                  <w:spacing w:val="-1"/>
                  <w:w w:val="105"/>
                  <w:sz w:val="15"/>
                </w:rPr>
                <w:t>http://www.rozmisel.irk.ru/children</w:t>
              </w:r>
            </w:hyperlink>
          </w:p>
          <w:p w:rsidR="00D91592" w:rsidRDefault="00D91592" w:rsidP="00132E4A">
            <w:pPr>
              <w:pStyle w:val="TableParagraph"/>
              <w:spacing w:before="5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«Творите!»</w:t>
            </w:r>
          </w:p>
        </w:tc>
      </w:tr>
      <w:tr w:rsidR="00D91592" w:rsidTr="00132E4A">
        <w:trPr>
          <w:trHeight w:val="1677"/>
        </w:trPr>
        <w:tc>
          <w:tcPr>
            <w:tcW w:w="468" w:type="dxa"/>
          </w:tcPr>
          <w:p w:rsidR="00D91592" w:rsidRDefault="00D91592" w:rsidP="00132E4A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2.15.</w:t>
            </w:r>
          </w:p>
        </w:tc>
        <w:tc>
          <w:tcPr>
            <w:tcW w:w="4094" w:type="dxa"/>
          </w:tcPr>
          <w:p w:rsidR="00D91592" w:rsidRDefault="00D91592" w:rsidP="00132E4A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ниток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(швейные,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мулине)</w:t>
            </w:r>
          </w:p>
        </w:tc>
        <w:tc>
          <w:tcPr>
            <w:tcW w:w="528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91592" w:rsidRDefault="00D91592" w:rsidP="00132E4A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D91592" w:rsidRDefault="00D91592" w:rsidP="00132E4A">
            <w:pPr>
              <w:pStyle w:val="TableParagraph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07.02.2022</w:t>
            </w:r>
          </w:p>
        </w:tc>
        <w:tc>
          <w:tcPr>
            <w:tcW w:w="3842" w:type="dxa"/>
          </w:tcPr>
          <w:p w:rsidR="00D91592" w:rsidRDefault="00D91592" w:rsidP="00132E4A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ниток: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шёлковые,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мулине,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швейные,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пряжа,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использование;</w:t>
            </w:r>
          </w:p>
        </w:tc>
        <w:tc>
          <w:tcPr>
            <w:tcW w:w="1080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77" w:type="dxa"/>
          </w:tcPr>
          <w:p w:rsidR="00D91592" w:rsidRDefault="00681448" w:rsidP="00132E4A">
            <w:pPr>
              <w:pStyle w:val="TableParagraph"/>
              <w:spacing w:line="266" w:lineRule="auto"/>
              <w:ind w:left="80" w:right="53"/>
              <w:rPr>
                <w:sz w:val="15"/>
              </w:rPr>
            </w:pPr>
            <w:hyperlink r:id="rId67">
              <w:r w:rsidR="00D91592">
                <w:rPr>
                  <w:w w:val="105"/>
                  <w:sz w:val="15"/>
                </w:rPr>
                <w:t xml:space="preserve">http://www.kudesniki.ru/gallery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галерея детских рисунков «Дети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в Интернете»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68">
              <w:r w:rsidR="00D91592">
                <w:rPr>
                  <w:w w:val="105"/>
                  <w:sz w:val="15"/>
                </w:rPr>
                <w:t xml:space="preserve">http://www.chg.ru./Fairy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творческий фестиваль «Детская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сказка»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69">
              <w:r w:rsidR="00D91592">
                <w:rPr>
                  <w:spacing w:val="-1"/>
                  <w:w w:val="105"/>
                  <w:sz w:val="15"/>
                </w:rPr>
                <w:t>http://www.rozmisel.irk.ru/children</w:t>
              </w:r>
            </w:hyperlink>
          </w:p>
          <w:p w:rsidR="00D91592" w:rsidRDefault="00D91592" w:rsidP="00132E4A">
            <w:pPr>
              <w:pStyle w:val="TableParagraph"/>
              <w:spacing w:before="5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«Творите!»</w:t>
            </w:r>
          </w:p>
        </w:tc>
      </w:tr>
      <w:tr w:rsidR="00D91592" w:rsidTr="00132E4A">
        <w:trPr>
          <w:trHeight w:val="1846"/>
        </w:trPr>
        <w:tc>
          <w:tcPr>
            <w:tcW w:w="468" w:type="dxa"/>
          </w:tcPr>
          <w:p w:rsidR="00D91592" w:rsidRDefault="00D91592" w:rsidP="00132E4A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2.16.</w:t>
            </w:r>
          </w:p>
        </w:tc>
        <w:tc>
          <w:tcPr>
            <w:tcW w:w="4094" w:type="dxa"/>
          </w:tcPr>
          <w:p w:rsidR="00D91592" w:rsidRDefault="00D91592" w:rsidP="00132E4A">
            <w:pPr>
              <w:pStyle w:val="TableParagraph"/>
              <w:spacing w:line="266" w:lineRule="auto"/>
              <w:ind w:right="4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Трикотаж, нетканые материалы (общее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представление),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его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строение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основные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свойства</w:t>
            </w:r>
          </w:p>
        </w:tc>
        <w:tc>
          <w:tcPr>
            <w:tcW w:w="528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91592" w:rsidRDefault="00D91592" w:rsidP="00132E4A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D91592" w:rsidRDefault="00D91592" w:rsidP="00132E4A">
            <w:pPr>
              <w:pStyle w:val="TableParagraph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14.02.2022</w:t>
            </w:r>
          </w:p>
        </w:tc>
        <w:tc>
          <w:tcPr>
            <w:tcW w:w="3842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80"/>
              <w:rPr>
                <w:sz w:val="15"/>
              </w:rPr>
            </w:pPr>
            <w:r>
              <w:rPr>
                <w:w w:val="105"/>
                <w:sz w:val="15"/>
              </w:rPr>
              <w:t>Определять под руководством учителя сырьё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производства натуральных тканей (хлопковые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льняные ткани вырабатывают из волокон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растительного происхождения; шерстяные </w:t>
            </w:r>
            <w:r>
              <w:rPr>
                <w:w w:val="105"/>
                <w:sz w:val="15"/>
              </w:rPr>
              <w:t>производят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волокна,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получаемого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шерсти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животных);</w:t>
            </w:r>
          </w:p>
        </w:tc>
        <w:tc>
          <w:tcPr>
            <w:tcW w:w="1080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77" w:type="dxa"/>
          </w:tcPr>
          <w:p w:rsidR="00D91592" w:rsidRDefault="00681448" w:rsidP="00132E4A">
            <w:pPr>
              <w:pStyle w:val="TableParagraph"/>
              <w:spacing w:line="266" w:lineRule="auto"/>
              <w:ind w:left="80" w:right="53"/>
              <w:rPr>
                <w:sz w:val="15"/>
              </w:rPr>
            </w:pPr>
            <w:hyperlink r:id="rId70">
              <w:r w:rsidR="00D91592">
                <w:rPr>
                  <w:w w:val="105"/>
                  <w:sz w:val="15"/>
                </w:rPr>
                <w:t xml:space="preserve">http://www.kudesniki.ru/gallery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галерея детских рисунков «Дети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в Интернете»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71">
              <w:r w:rsidR="00D91592">
                <w:rPr>
                  <w:w w:val="105"/>
                  <w:sz w:val="15"/>
                </w:rPr>
                <w:t xml:space="preserve">http://www.chg.ru./Fairy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творческий фестиваль «Детская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сказка»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72">
              <w:r w:rsidR="00D91592">
                <w:rPr>
                  <w:spacing w:val="-1"/>
                  <w:w w:val="105"/>
                  <w:sz w:val="15"/>
                </w:rPr>
                <w:t>http://www.rozmisel.irk.ru/children</w:t>
              </w:r>
            </w:hyperlink>
          </w:p>
          <w:p w:rsidR="00D91592" w:rsidRDefault="00D91592" w:rsidP="00132E4A">
            <w:pPr>
              <w:pStyle w:val="TableParagraph"/>
              <w:spacing w:before="5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«Творите!»</w:t>
            </w:r>
          </w:p>
        </w:tc>
      </w:tr>
    </w:tbl>
    <w:p w:rsidR="00D91592" w:rsidRDefault="00D91592" w:rsidP="00D91592">
      <w:pPr>
        <w:rPr>
          <w:sz w:val="15"/>
        </w:rPr>
        <w:sectPr w:rsidR="00D9159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094"/>
        <w:gridCol w:w="528"/>
        <w:gridCol w:w="1104"/>
        <w:gridCol w:w="1140"/>
        <w:gridCol w:w="864"/>
        <w:gridCol w:w="3842"/>
        <w:gridCol w:w="1080"/>
        <w:gridCol w:w="2377"/>
      </w:tblGrid>
      <w:tr w:rsidR="00D91592" w:rsidTr="00132E4A">
        <w:trPr>
          <w:trHeight w:val="1677"/>
        </w:trPr>
        <w:tc>
          <w:tcPr>
            <w:tcW w:w="468" w:type="dxa"/>
          </w:tcPr>
          <w:p w:rsidR="00D91592" w:rsidRDefault="00D91592" w:rsidP="00132E4A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2.17.</w:t>
            </w:r>
          </w:p>
        </w:tc>
        <w:tc>
          <w:tcPr>
            <w:tcW w:w="4094" w:type="dxa"/>
          </w:tcPr>
          <w:p w:rsidR="00D91592" w:rsidRDefault="00D91592" w:rsidP="00132E4A">
            <w:pPr>
              <w:pStyle w:val="TableParagraph"/>
              <w:spacing w:line="266" w:lineRule="auto"/>
              <w:ind w:right="9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Варианты строчки прямого стежка (перевивы,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наборы)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и/или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строчка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косого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стежка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её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варианты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(крестик,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стебельчатая,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ёлочка)</w:t>
            </w:r>
          </w:p>
        </w:tc>
        <w:tc>
          <w:tcPr>
            <w:tcW w:w="528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91592" w:rsidRDefault="00D91592" w:rsidP="00132E4A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D91592" w:rsidRDefault="00D91592" w:rsidP="00132E4A">
            <w:pPr>
              <w:pStyle w:val="TableParagraph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21.02.2022</w:t>
            </w:r>
          </w:p>
        </w:tc>
        <w:tc>
          <w:tcPr>
            <w:tcW w:w="3842" w:type="dxa"/>
          </w:tcPr>
          <w:p w:rsidR="00D91592" w:rsidRDefault="00D91592" w:rsidP="00132E4A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Соблюдать технологическую последовательность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изготовления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несложного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швейного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(разметка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деталей, выкраивание деталей, отделка деталей,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сшивание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деталей);</w:t>
            </w:r>
          </w:p>
        </w:tc>
        <w:tc>
          <w:tcPr>
            <w:tcW w:w="1080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77" w:type="dxa"/>
          </w:tcPr>
          <w:p w:rsidR="00D91592" w:rsidRDefault="00681448" w:rsidP="00132E4A">
            <w:pPr>
              <w:pStyle w:val="TableParagraph"/>
              <w:spacing w:line="266" w:lineRule="auto"/>
              <w:ind w:left="80" w:right="53"/>
              <w:rPr>
                <w:sz w:val="15"/>
              </w:rPr>
            </w:pPr>
            <w:hyperlink r:id="rId73">
              <w:r w:rsidR="00D91592">
                <w:rPr>
                  <w:w w:val="105"/>
                  <w:sz w:val="15"/>
                </w:rPr>
                <w:t xml:space="preserve">http://www.kudesniki.ru/gallery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галерея детских рисунков «Дети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в Интернете»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74">
              <w:r w:rsidR="00D91592">
                <w:rPr>
                  <w:w w:val="105"/>
                  <w:sz w:val="15"/>
                </w:rPr>
                <w:t xml:space="preserve">http://www.chg.ru./Fairy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творческий фестиваль «Детская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сказка»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75">
              <w:r w:rsidR="00D91592">
                <w:rPr>
                  <w:spacing w:val="-1"/>
                  <w:w w:val="105"/>
                  <w:sz w:val="15"/>
                </w:rPr>
                <w:t>http://www.rozmisel.irk.ru/children</w:t>
              </w:r>
            </w:hyperlink>
          </w:p>
          <w:p w:rsidR="00D91592" w:rsidRDefault="00D91592" w:rsidP="00132E4A">
            <w:pPr>
              <w:pStyle w:val="TableParagraph"/>
              <w:spacing w:before="5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«Творите!»</w:t>
            </w:r>
          </w:p>
        </w:tc>
      </w:tr>
      <w:tr w:rsidR="00D91592" w:rsidTr="00132E4A">
        <w:trPr>
          <w:trHeight w:val="1677"/>
        </w:trPr>
        <w:tc>
          <w:tcPr>
            <w:tcW w:w="468" w:type="dxa"/>
          </w:tcPr>
          <w:p w:rsidR="00D91592" w:rsidRDefault="00D91592" w:rsidP="00132E4A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2.18.</w:t>
            </w:r>
          </w:p>
        </w:tc>
        <w:tc>
          <w:tcPr>
            <w:tcW w:w="4094" w:type="dxa"/>
          </w:tcPr>
          <w:p w:rsidR="00D91592" w:rsidRDefault="00D91592" w:rsidP="00132E4A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Лекало.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Разметка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помощью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лекала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(простейшей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выкройки)</w:t>
            </w:r>
          </w:p>
        </w:tc>
        <w:tc>
          <w:tcPr>
            <w:tcW w:w="528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91592" w:rsidRDefault="00D91592" w:rsidP="00132E4A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D91592" w:rsidRDefault="00D91592" w:rsidP="00132E4A">
            <w:pPr>
              <w:pStyle w:val="TableParagraph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28.02.2022</w:t>
            </w:r>
          </w:p>
        </w:tc>
        <w:tc>
          <w:tcPr>
            <w:tcW w:w="3842" w:type="dxa"/>
          </w:tcPr>
          <w:p w:rsidR="00D91592" w:rsidRDefault="00D91592" w:rsidP="00132E4A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разметку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лекала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(простейшей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выкройки);</w:t>
            </w:r>
          </w:p>
        </w:tc>
        <w:tc>
          <w:tcPr>
            <w:tcW w:w="1080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77" w:type="dxa"/>
          </w:tcPr>
          <w:p w:rsidR="00D91592" w:rsidRDefault="00681448" w:rsidP="00132E4A">
            <w:pPr>
              <w:pStyle w:val="TableParagraph"/>
              <w:spacing w:line="266" w:lineRule="auto"/>
              <w:ind w:left="80" w:right="53"/>
              <w:rPr>
                <w:sz w:val="15"/>
              </w:rPr>
            </w:pPr>
            <w:hyperlink r:id="rId76">
              <w:r w:rsidR="00D91592">
                <w:rPr>
                  <w:w w:val="105"/>
                  <w:sz w:val="15"/>
                </w:rPr>
                <w:t xml:space="preserve">http://www.kudesniki.ru/gallery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галерея детских рисунков «Дети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в Интернете»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77">
              <w:r w:rsidR="00D91592">
                <w:rPr>
                  <w:w w:val="105"/>
                  <w:sz w:val="15"/>
                </w:rPr>
                <w:t xml:space="preserve">http://www.chg.ru./Fairy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творческий фестиваль «Детская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сказка»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78">
              <w:r w:rsidR="00D91592">
                <w:rPr>
                  <w:spacing w:val="-1"/>
                  <w:w w:val="105"/>
                  <w:sz w:val="15"/>
                </w:rPr>
                <w:t>http://www.rozmisel.irk.ru/children</w:t>
              </w:r>
            </w:hyperlink>
          </w:p>
          <w:p w:rsidR="00D91592" w:rsidRDefault="00D91592" w:rsidP="00132E4A">
            <w:pPr>
              <w:pStyle w:val="TableParagraph"/>
              <w:spacing w:before="5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«Творите!»</w:t>
            </w:r>
          </w:p>
        </w:tc>
      </w:tr>
      <w:tr w:rsidR="00D91592" w:rsidTr="00132E4A">
        <w:trPr>
          <w:trHeight w:val="1677"/>
        </w:trPr>
        <w:tc>
          <w:tcPr>
            <w:tcW w:w="468" w:type="dxa"/>
          </w:tcPr>
          <w:p w:rsidR="00D91592" w:rsidRDefault="00D91592" w:rsidP="00132E4A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2.19.</w:t>
            </w:r>
          </w:p>
        </w:tc>
        <w:tc>
          <w:tcPr>
            <w:tcW w:w="4094" w:type="dxa"/>
          </w:tcPr>
          <w:p w:rsidR="00D91592" w:rsidRDefault="00D91592" w:rsidP="00132E4A">
            <w:pPr>
              <w:pStyle w:val="TableParagraph"/>
              <w:spacing w:line="266" w:lineRule="auto"/>
              <w:ind w:right="30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Технологическая последовательность изготовления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несложного швейного изделия (разметка деталей,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выкраивание деталей, отделка деталей, сшивание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деталей)</w:t>
            </w:r>
          </w:p>
        </w:tc>
        <w:tc>
          <w:tcPr>
            <w:tcW w:w="528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91592" w:rsidRDefault="00D91592" w:rsidP="00132E4A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D91592" w:rsidRDefault="00D91592" w:rsidP="00132E4A">
            <w:pPr>
              <w:pStyle w:val="TableParagraph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14.03.2022</w:t>
            </w:r>
          </w:p>
        </w:tc>
        <w:tc>
          <w:tcPr>
            <w:tcW w:w="3842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303"/>
              <w:rPr>
                <w:sz w:val="15"/>
              </w:rPr>
            </w:pPr>
            <w:r>
              <w:rPr>
                <w:w w:val="105"/>
                <w:sz w:val="15"/>
              </w:rPr>
              <w:t>Расходовать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экономно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ткань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нитки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изготовлении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изделия;</w:t>
            </w:r>
          </w:p>
        </w:tc>
        <w:tc>
          <w:tcPr>
            <w:tcW w:w="1080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77" w:type="dxa"/>
          </w:tcPr>
          <w:p w:rsidR="00D91592" w:rsidRDefault="00681448" w:rsidP="00132E4A">
            <w:pPr>
              <w:pStyle w:val="TableParagraph"/>
              <w:spacing w:line="266" w:lineRule="auto"/>
              <w:ind w:left="80" w:right="53"/>
              <w:rPr>
                <w:sz w:val="15"/>
              </w:rPr>
            </w:pPr>
            <w:hyperlink r:id="rId79">
              <w:r w:rsidR="00D91592">
                <w:rPr>
                  <w:w w:val="105"/>
                  <w:sz w:val="15"/>
                </w:rPr>
                <w:t xml:space="preserve">http://www.kudesniki.ru/gallery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галерея детских рисунков «Дети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в Интернете»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80">
              <w:r w:rsidR="00D91592">
                <w:rPr>
                  <w:w w:val="105"/>
                  <w:sz w:val="15"/>
                </w:rPr>
                <w:t xml:space="preserve">http://www.chg.ru./Fairy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творческий фестиваль «Детская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сказка»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81">
              <w:r w:rsidR="00D91592">
                <w:rPr>
                  <w:spacing w:val="-1"/>
                  <w:w w:val="105"/>
                  <w:sz w:val="15"/>
                </w:rPr>
                <w:t>http://www.rozmisel.irk.ru/children</w:t>
              </w:r>
            </w:hyperlink>
          </w:p>
          <w:p w:rsidR="00D91592" w:rsidRDefault="00D91592" w:rsidP="00132E4A">
            <w:pPr>
              <w:pStyle w:val="TableParagraph"/>
              <w:spacing w:before="5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«Творите!»</w:t>
            </w:r>
          </w:p>
        </w:tc>
      </w:tr>
      <w:tr w:rsidR="00D91592" w:rsidTr="00132E4A">
        <w:trPr>
          <w:trHeight w:val="1677"/>
        </w:trPr>
        <w:tc>
          <w:tcPr>
            <w:tcW w:w="468" w:type="dxa"/>
          </w:tcPr>
          <w:p w:rsidR="00D91592" w:rsidRDefault="00D91592" w:rsidP="00132E4A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2.20.</w:t>
            </w:r>
          </w:p>
        </w:tc>
        <w:tc>
          <w:tcPr>
            <w:tcW w:w="4094" w:type="dxa"/>
          </w:tcPr>
          <w:p w:rsidR="00D91592" w:rsidRDefault="00D91592" w:rsidP="00132E4A">
            <w:pPr>
              <w:pStyle w:val="TableParagraph"/>
              <w:spacing w:line="266" w:lineRule="auto"/>
              <w:ind w:right="80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Использование дополнительных материалов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(например,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проволока,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пряжа,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бусины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</w:t>
            </w:r>
          </w:p>
        </w:tc>
        <w:tc>
          <w:tcPr>
            <w:tcW w:w="528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91592" w:rsidRDefault="00D91592" w:rsidP="00132E4A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D91592" w:rsidRDefault="00D91592" w:rsidP="00132E4A">
            <w:pPr>
              <w:pStyle w:val="TableParagraph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21.03.2022</w:t>
            </w:r>
          </w:p>
        </w:tc>
        <w:tc>
          <w:tcPr>
            <w:tcW w:w="3842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94"/>
              <w:rPr>
                <w:sz w:val="15"/>
              </w:rPr>
            </w:pPr>
            <w:r>
              <w:rPr>
                <w:w w:val="105"/>
                <w:sz w:val="15"/>
              </w:rPr>
              <w:t>Понимать особенности разметки деталей кроя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(раскрой)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ткани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лекалу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выкройке);</w:t>
            </w:r>
          </w:p>
        </w:tc>
        <w:tc>
          <w:tcPr>
            <w:tcW w:w="1080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77" w:type="dxa"/>
          </w:tcPr>
          <w:p w:rsidR="00D91592" w:rsidRDefault="00681448" w:rsidP="00132E4A">
            <w:pPr>
              <w:pStyle w:val="TableParagraph"/>
              <w:spacing w:line="266" w:lineRule="auto"/>
              <w:ind w:left="80" w:right="53"/>
              <w:rPr>
                <w:sz w:val="15"/>
              </w:rPr>
            </w:pPr>
            <w:hyperlink r:id="rId82">
              <w:r w:rsidR="00D91592">
                <w:rPr>
                  <w:w w:val="105"/>
                  <w:sz w:val="15"/>
                </w:rPr>
                <w:t xml:space="preserve">http://www.kudesniki.ru/gallery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галерея детских рисунков «Дети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в Интернете»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83">
              <w:r w:rsidR="00D91592">
                <w:rPr>
                  <w:w w:val="105"/>
                  <w:sz w:val="15"/>
                </w:rPr>
                <w:t xml:space="preserve">http://www.chg.ru./Fairy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творческий фестиваль «Детская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сказка»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84">
              <w:r w:rsidR="00D91592">
                <w:rPr>
                  <w:spacing w:val="-1"/>
                  <w:w w:val="105"/>
                  <w:sz w:val="15"/>
                </w:rPr>
                <w:t>http://www.rozmisel.irk.ru/children</w:t>
              </w:r>
            </w:hyperlink>
          </w:p>
          <w:p w:rsidR="00D91592" w:rsidRDefault="00D91592" w:rsidP="00132E4A">
            <w:pPr>
              <w:pStyle w:val="TableParagraph"/>
              <w:spacing w:before="5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«Творите!»</w:t>
            </w:r>
          </w:p>
        </w:tc>
      </w:tr>
      <w:tr w:rsidR="00D91592" w:rsidTr="00132E4A">
        <w:trPr>
          <w:trHeight w:val="333"/>
        </w:trPr>
        <w:tc>
          <w:tcPr>
            <w:tcW w:w="4562" w:type="dxa"/>
            <w:gridSpan w:val="2"/>
          </w:tcPr>
          <w:p w:rsidR="00D91592" w:rsidRDefault="00D91592" w:rsidP="00132E4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14</w:t>
            </w:r>
          </w:p>
        </w:tc>
        <w:tc>
          <w:tcPr>
            <w:tcW w:w="10407" w:type="dxa"/>
            <w:gridSpan w:val="6"/>
          </w:tcPr>
          <w:p w:rsidR="00D91592" w:rsidRDefault="00D91592" w:rsidP="00132E4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91592" w:rsidTr="00132E4A">
        <w:trPr>
          <w:trHeight w:val="333"/>
        </w:trPr>
        <w:tc>
          <w:tcPr>
            <w:tcW w:w="15497" w:type="dxa"/>
            <w:gridSpan w:val="9"/>
          </w:tcPr>
          <w:p w:rsidR="00D91592" w:rsidRDefault="00D91592" w:rsidP="00132E4A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Модуль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КОНСТРУИРОВАНИЕ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МОДЕЛИРОВАНИЕ</w:t>
            </w:r>
          </w:p>
        </w:tc>
      </w:tr>
      <w:tr w:rsidR="00D91592" w:rsidTr="00132E4A">
        <w:trPr>
          <w:trHeight w:val="1762"/>
        </w:trPr>
        <w:tc>
          <w:tcPr>
            <w:tcW w:w="468" w:type="dxa"/>
          </w:tcPr>
          <w:p w:rsidR="00D91592" w:rsidRDefault="00D91592" w:rsidP="00132E4A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4094" w:type="dxa"/>
          </w:tcPr>
          <w:p w:rsidR="00D91592" w:rsidRDefault="00D91592" w:rsidP="00132E4A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Основные и дополнительные детали. Общее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представление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правилах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создания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гармоничной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композиции. Симметрия, способы разметки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конструирования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симметричных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</w:t>
            </w:r>
          </w:p>
        </w:tc>
        <w:tc>
          <w:tcPr>
            <w:tcW w:w="528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91592" w:rsidRDefault="00D91592" w:rsidP="00132E4A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D91592" w:rsidRDefault="00D91592" w:rsidP="00132E4A">
            <w:pPr>
              <w:pStyle w:val="TableParagraph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04.04.2022</w:t>
            </w:r>
          </w:p>
        </w:tc>
        <w:tc>
          <w:tcPr>
            <w:tcW w:w="3842" w:type="dxa"/>
          </w:tcPr>
          <w:p w:rsidR="00D91592" w:rsidRDefault="00D91592" w:rsidP="00132E4A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Выделять основные и дополнительные детали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соединения; анализировать конструкцию изделия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рисунку, фотографии, схеме и готовому образцу;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конструировать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простейшему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чертежу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эскизу;</w:t>
            </w:r>
          </w:p>
        </w:tc>
        <w:tc>
          <w:tcPr>
            <w:tcW w:w="1080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77" w:type="dxa"/>
          </w:tcPr>
          <w:p w:rsidR="00D91592" w:rsidRDefault="00681448" w:rsidP="00132E4A">
            <w:pPr>
              <w:pStyle w:val="TableParagraph"/>
              <w:spacing w:line="266" w:lineRule="auto"/>
              <w:ind w:left="80" w:right="53"/>
              <w:rPr>
                <w:sz w:val="15"/>
              </w:rPr>
            </w:pPr>
            <w:hyperlink r:id="rId85">
              <w:r w:rsidR="00D91592">
                <w:rPr>
                  <w:w w:val="105"/>
                  <w:sz w:val="15"/>
                </w:rPr>
                <w:t xml:space="preserve">http://www.kudesniki.ru/gallery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галерея детских рисунков «Дети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в Интернете»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86">
              <w:r w:rsidR="00D91592">
                <w:rPr>
                  <w:w w:val="105"/>
                  <w:sz w:val="15"/>
                </w:rPr>
                <w:t xml:space="preserve">http://www.chg.ru./Fairy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творческий фестиваль «Детская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сказка»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87">
              <w:r w:rsidR="00D91592">
                <w:rPr>
                  <w:spacing w:val="-1"/>
                  <w:w w:val="105"/>
                  <w:sz w:val="15"/>
                </w:rPr>
                <w:t>http://www.rozmisel.irk.ru/children</w:t>
              </w:r>
            </w:hyperlink>
          </w:p>
          <w:p w:rsidR="00D91592" w:rsidRDefault="00D91592" w:rsidP="00132E4A">
            <w:pPr>
              <w:pStyle w:val="TableParagraph"/>
              <w:spacing w:before="5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«Творите!»</w:t>
            </w:r>
          </w:p>
        </w:tc>
      </w:tr>
    </w:tbl>
    <w:p w:rsidR="00D91592" w:rsidRDefault="00D91592" w:rsidP="00D91592">
      <w:pPr>
        <w:rPr>
          <w:sz w:val="15"/>
        </w:rPr>
        <w:sectPr w:rsidR="00D9159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094"/>
        <w:gridCol w:w="528"/>
        <w:gridCol w:w="1104"/>
        <w:gridCol w:w="1140"/>
        <w:gridCol w:w="864"/>
        <w:gridCol w:w="3842"/>
        <w:gridCol w:w="1080"/>
        <w:gridCol w:w="2377"/>
      </w:tblGrid>
      <w:tr w:rsidR="00D91592" w:rsidTr="00132E4A">
        <w:trPr>
          <w:trHeight w:val="1677"/>
        </w:trPr>
        <w:tc>
          <w:tcPr>
            <w:tcW w:w="468" w:type="dxa"/>
          </w:tcPr>
          <w:p w:rsidR="00D91592" w:rsidRDefault="00D91592" w:rsidP="00132E4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3.2.</w:t>
            </w:r>
          </w:p>
        </w:tc>
        <w:tc>
          <w:tcPr>
            <w:tcW w:w="4094" w:type="dxa"/>
          </w:tcPr>
          <w:p w:rsidR="00D91592" w:rsidRDefault="00D91592" w:rsidP="00132E4A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Конструирование и моделирование изделий из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различных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материалов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простейшему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чертежу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эскизу</w:t>
            </w:r>
          </w:p>
        </w:tc>
        <w:tc>
          <w:tcPr>
            <w:tcW w:w="528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91592" w:rsidRDefault="00D91592" w:rsidP="00132E4A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D91592" w:rsidRDefault="00D91592" w:rsidP="00132E4A">
            <w:pPr>
              <w:pStyle w:val="TableParagraph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11.04.2022</w:t>
            </w:r>
          </w:p>
        </w:tc>
        <w:tc>
          <w:tcPr>
            <w:tcW w:w="3842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94"/>
              <w:rPr>
                <w:sz w:val="15"/>
              </w:rPr>
            </w:pPr>
            <w:r>
              <w:rPr>
                <w:w w:val="105"/>
                <w:sz w:val="15"/>
              </w:rPr>
              <w:t>Вносить элементарные конструктивные изменения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дополнения в изделие в связи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дополненными/изменёнными функциями/условиями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изменять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детали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 создания разных его вариантов, вносить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создаваемые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изделия;</w:t>
            </w:r>
          </w:p>
        </w:tc>
        <w:tc>
          <w:tcPr>
            <w:tcW w:w="1080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77" w:type="dxa"/>
          </w:tcPr>
          <w:p w:rsidR="00D91592" w:rsidRDefault="00681448" w:rsidP="00132E4A">
            <w:pPr>
              <w:pStyle w:val="TableParagraph"/>
              <w:spacing w:line="266" w:lineRule="auto"/>
              <w:ind w:left="80" w:right="53"/>
              <w:rPr>
                <w:sz w:val="15"/>
              </w:rPr>
            </w:pPr>
            <w:hyperlink r:id="rId88">
              <w:r w:rsidR="00D91592">
                <w:rPr>
                  <w:w w:val="105"/>
                  <w:sz w:val="15"/>
                </w:rPr>
                <w:t xml:space="preserve">http://www.kudesniki.ru/gallery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галерея детских рисунков «Дети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в Интернете»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89">
              <w:r w:rsidR="00D91592">
                <w:rPr>
                  <w:w w:val="105"/>
                  <w:sz w:val="15"/>
                </w:rPr>
                <w:t xml:space="preserve">http://www.chg.ru./Fairy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творческий фестиваль «Детская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сказка»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90">
              <w:r w:rsidR="00D91592">
                <w:rPr>
                  <w:spacing w:val="-1"/>
                  <w:w w:val="105"/>
                  <w:sz w:val="15"/>
                </w:rPr>
                <w:t>http://www.rozmisel.irk.ru/children</w:t>
              </w:r>
            </w:hyperlink>
          </w:p>
          <w:p w:rsidR="00D91592" w:rsidRDefault="00D91592" w:rsidP="00132E4A">
            <w:pPr>
              <w:pStyle w:val="TableParagraph"/>
              <w:spacing w:before="5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«Творите!»</w:t>
            </w:r>
          </w:p>
        </w:tc>
      </w:tr>
      <w:tr w:rsidR="00D91592" w:rsidTr="00132E4A">
        <w:trPr>
          <w:trHeight w:val="1677"/>
        </w:trPr>
        <w:tc>
          <w:tcPr>
            <w:tcW w:w="468" w:type="dxa"/>
          </w:tcPr>
          <w:p w:rsidR="00D91592" w:rsidRDefault="00D91592" w:rsidP="00132E4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4094" w:type="dxa"/>
          </w:tcPr>
          <w:p w:rsidR="00D91592" w:rsidRDefault="00D91592" w:rsidP="00132E4A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Подвижное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соединение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деталей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конструкции</w:t>
            </w:r>
          </w:p>
        </w:tc>
        <w:tc>
          <w:tcPr>
            <w:tcW w:w="528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91592" w:rsidRDefault="00D91592" w:rsidP="00132E4A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D91592" w:rsidRDefault="00D91592" w:rsidP="00132E4A">
            <w:pPr>
              <w:pStyle w:val="TableParagraph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18.04.2022</w:t>
            </w:r>
          </w:p>
        </w:tc>
        <w:tc>
          <w:tcPr>
            <w:tcW w:w="3842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9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учитывать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 создания гармоничной композиции;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Контрольная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работа.;</w:t>
            </w:r>
            <w:proofErr w:type="gramEnd"/>
          </w:p>
        </w:tc>
        <w:tc>
          <w:tcPr>
            <w:tcW w:w="1080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77" w:type="dxa"/>
          </w:tcPr>
          <w:p w:rsidR="00D91592" w:rsidRDefault="00681448" w:rsidP="00132E4A">
            <w:pPr>
              <w:pStyle w:val="TableParagraph"/>
              <w:spacing w:line="266" w:lineRule="auto"/>
              <w:ind w:left="80" w:right="53"/>
              <w:rPr>
                <w:sz w:val="15"/>
              </w:rPr>
            </w:pPr>
            <w:hyperlink r:id="rId91">
              <w:r w:rsidR="00D91592">
                <w:rPr>
                  <w:w w:val="105"/>
                  <w:sz w:val="15"/>
                </w:rPr>
                <w:t xml:space="preserve">http://www.kudesniki.ru/gallery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галерея детских рисунков «Дети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в Интернете»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92">
              <w:r w:rsidR="00D91592">
                <w:rPr>
                  <w:w w:val="105"/>
                  <w:sz w:val="15"/>
                </w:rPr>
                <w:t xml:space="preserve">http://www.chg.ru./Fairy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творческий фестиваль «Детская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сказка»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93">
              <w:r w:rsidR="00D91592">
                <w:rPr>
                  <w:spacing w:val="-1"/>
                  <w:w w:val="105"/>
                  <w:sz w:val="15"/>
                </w:rPr>
                <w:t>http://www.rozmisel.irk.ru/children</w:t>
              </w:r>
            </w:hyperlink>
          </w:p>
          <w:p w:rsidR="00D91592" w:rsidRDefault="00D91592" w:rsidP="00132E4A">
            <w:pPr>
              <w:pStyle w:val="TableParagraph"/>
              <w:spacing w:before="5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«Творите!»</w:t>
            </w:r>
          </w:p>
        </w:tc>
      </w:tr>
      <w:tr w:rsidR="00D91592" w:rsidTr="00132E4A">
        <w:trPr>
          <w:trHeight w:val="1677"/>
        </w:trPr>
        <w:tc>
          <w:tcPr>
            <w:tcW w:w="468" w:type="dxa"/>
          </w:tcPr>
          <w:p w:rsidR="00D91592" w:rsidRDefault="00D91592" w:rsidP="00132E4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4094" w:type="dxa"/>
          </w:tcPr>
          <w:p w:rsidR="00D91592" w:rsidRDefault="00D91592" w:rsidP="00132E4A">
            <w:pPr>
              <w:pStyle w:val="TableParagraph"/>
              <w:spacing w:line="266" w:lineRule="auto"/>
              <w:ind w:right="11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Внесение элементарных конструктивных </w:t>
            </w:r>
            <w:r>
              <w:rPr>
                <w:b/>
                <w:w w:val="105"/>
                <w:sz w:val="15"/>
              </w:rPr>
              <w:t>изменений и</w:t>
            </w:r>
            <w:r>
              <w:rPr>
                <w:b/>
                <w:spacing w:val="-3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дополнений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изделие</w:t>
            </w:r>
          </w:p>
        </w:tc>
        <w:tc>
          <w:tcPr>
            <w:tcW w:w="528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91592" w:rsidRDefault="00D91592" w:rsidP="00132E4A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D91592" w:rsidRDefault="00D91592" w:rsidP="00132E4A">
            <w:pPr>
              <w:pStyle w:val="TableParagraph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25.04.2022</w:t>
            </w:r>
          </w:p>
        </w:tc>
        <w:tc>
          <w:tcPr>
            <w:tcW w:w="3842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9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Учитывать основные принципы </w:t>
            </w:r>
            <w:r>
              <w:rPr>
                <w:w w:val="105"/>
                <w:sz w:val="15"/>
              </w:rPr>
              <w:t>создания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конструкции: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прочность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жёсткость;</w:t>
            </w:r>
          </w:p>
        </w:tc>
        <w:tc>
          <w:tcPr>
            <w:tcW w:w="1080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77" w:type="dxa"/>
          </w:tcPr>
          <w:p w:rsidR="00D91592" w:rsidRDefault="00681448" w:rsidP="00132E4A">
            <w:pPr>
              <w:pStyle w:val="TableParagraph"/>
              <w:spacing w:line="266" w:lineRule="auto"/>
              <w:ind w:left="80" w:right="53"/>
              <w:rPr>
                <w:sz w:val="15"/>
              </w:rPr>
            </w:pPr>
            <w:hyperlink r:id="rId94">
              <w:r w:rsidR="00D91592">
                <w:rPr>
                  <w:w w:val="105"/>
                  <w:sz w:val="15"/>
                </w:rPr>
                <w:t xml:space="preserve">http://www.kudesniki.ru/gallery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галерея детских рисунков «Дети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в Интернете»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95">
              <w:r w:rsidR="00D91592">
                <w:rPr>
                  <w:w w:val="105"/>
                  <w:sz w:val="15"/>
                </w:rPr>
                <w:t xml:space="preserve">http://www.chg.ru./Fairy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творческий фестиваль «Детская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сказка»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96">
              <w:r w:rsidR="00D91592">
                <w:rPr>
                  <w:spacing w:val="-1"/>
                  <w:w w:val="105"/>
                  <w:sz w:val="15"/>
                </w:rPr>
                <w:t>http://www.rozmisel.irk.ru/children</w:t>
              </w:r>
            </w:hyperlink>
          </w:p>
          <w:p w:rsidR="00D91592" w:rsidRDefault="00D91592" w:rsidP="00132E4A">
            <w:pPr>
              <w:pStyle w:val="TableParagraph"/>
              <w:spacing w:before="5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«Творите!»</w:t>
            </w:r>
          </w:p>
        </w:tc>
      </w:tr>
      <w:tr w:rsidR="00D91592" w:rsidTr="00132E4A">
        <w:trPr>
          <w:trHeight w:val="333"/>
        </w:trPr>
        <w:tc>
          <w:tcPr>
            <w:tcW w:w="4562" w:type="dxa"/>
            <w:gridSpan w:val="2"/>
          </w:tcPr>
          <w:p w:rsidR="00D91592" w:rsidRDefault="00D91592" w:rsidP="00132E4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0407" w:type="dxa"/>
            <w:gridSpan w:val="6"/>
          </w:tcPr>
          <w:p w:rsidR="00D91592" w:rsidRDefault="00D91592" w:rsidP="00132E4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91592" w:rsidTr="00132E4A">
        <w:trPr>
          <w:trHeight w:val="333"/>
        </w:trPr>
        <w:tc>
          <w:tcPr>
            <w:tcW w:w="15497" w:type="dxa"/>
            <w:gridSpan w:val="9"/>
          </w:tcPr>
          <w:p w:rsidR="00D91592" w:rsidRDefault="00D91592" w:rsidP="00132E4A">
            <w:pPr>
              <w:pStyle w:val="TableParagraph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39"/>
                <w:sz w:val="15"/>
              </w:rPr>
              <w:t xml:space="preserve"> </w:t>
            </w:r>
            <w:r>
              <w:rPr>
                <w:b/>
                <w:sz w:val="15"/>
              </w:rPr>
              <w:t>4.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ИНФОРМАЦИОННО-КОММУНИКАТИВНЫЕ</w:t>
            </w:r>
            <w:r>
              <w:rPr>
                <w:b/>
                <w:spacing w:val="39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</w:t>
            </w:r>
          </w:p>
        </w:tc>
      </w:tr>
      <w:tr w:rsidR="00D91592" w:rsidTr="00132E4A">
        <w:trPr>
          <w:trHeight w:val="1677"/>
        </w:trPr>
        <w:tc>
          <w:tcPr>
            <w:tcW w:w="468" w:type="dxa"/>
          </w:tcPr>
          <w:p w:rsidR="00D91592" w:rsidRDefault="00D91592" w:rsidP="00132E4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4094" w:type="dxa"/>
          </w:tcPr>
          <w:p w:rsidR="00D91592" w:rsidRDefault="00D91592" w:rsidP="00132E4A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Демонстрация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учителем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готовых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информационных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носителях</w:t>
            </w:r>
          </w:p>
        </w:tc>
        <w:tc>
          <w:tcPr>
            <w:tcW w:w="528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91592" w:rsidRDefault="00D91592" w:rsidP="00132E4A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D91592" w:rsidRDefault="00D91592" w:rsidP="00132E4A">
            <w:pPr>
              <w:pStyle w:val="TableParagraph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16.05.2022</w:t>
            </w:r>
          </w:p>
        </w:tc>
        <w:tc>
          <w:tcPr>
            <w:tcW w:w="3842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24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Анализировать готовые материалы, представленные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учителем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информационных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носителях;</w:t>
            </w:r>
          </w:p>
        </w:tc>
        <w:tc>
          <w:tcPr>
            <w:tcW w:w="1080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77" w:type="dxa"/>
          </w:tcPr>
          <w:p w:rsidR="00D91592" w:rsidRDefault="00681448" w:rsidP="00132E4A">
            <w:pPr>
              <w:pStyle w:val="TableParagraph"/>
              <w:spacing w:line="266" w:lineRule="auto"/>
              <w:ind w:left="80" w:right="53"/>
              <w:rPr>
                <w:sz w:val="15"/>
              </w:rPr>
            </w:pPr>
            <w:hyperlink r:id="rId97">
              <w:r w:rsidR="00D91592">
                <w:rPr>
                  <w:w w:val="105"/>
                  <w:sz w:val="15"/>
                </w:rPr>
                <w:t xml:space="preserve">http://www.kudesniki.ru/gallery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галерея детских рисунков «Дети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в Интернете»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98">
              <w:r w:rsidR="00D91592">
                <w:rPr>
                  <w:w w:val="105"/>
                  <w:sz w:val="15"/>
                </w:rPr>
                <w:t xml:space="preserve">http://www.chg.ru./Fairy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творческий фестиваль «Детская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сказка»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99">
              <w:r w:rsidR="00D91592">
                <w:rPr>
                  <w:spacing w:val="-1"/>
                  <w:w w:val="105"/>
                  <w:sz w:val="15"/>
                </w:rPr>
                <w:t>http://www.rozmisel.irk.ru/children</w:t>
              </w:r>
            </w:hyperlink>
          </w:p>
          <w:p w:rsidR="00D91592" w:rsidRDefault="00D91592" w:rsidP="00132E4A">
            <w:pPr>
              <w:pStyle w:val="TableParagraph"/>
              <w:spacing w:before="5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«Творите!»</w:t>
            </w:r>
          </w:p>
        </w:tc>
      </w:tr>
      <w:tr w:rsidR="00D91592" w:rsidTr="00132E4A">
        <w:trPr>
          <w:trHeight w:val="1701"/>
        </w:trPr>
        <w:tc>
          <w:tcPr>
            <w:tcW w:w="468" w:type="dxa"/>
          </w:tcPr>
          <w:p w:rsidR="00D91592" w:rsidRDefault="00D91592" w:rsidP="00132E4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4094" w:type="dxa"/>
          </w:tcPr>
          <w:p w:rsidR="00D91592" w:rsidRDefault="00D91592" w:rsidP="00132E4A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Поиск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информации.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Интернет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источник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информации</w:t>
            </w:r>
          </w:p>
        </w:tc>
        <w:tc>
          <w:tcPr>
            <w:tcW w:w="528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91592" w:rsidRDefault="00D91592" w:rsidP="00132E4A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:rsidR="00D91592" w:rsidRDefault="00D91592" w:rsidP="00132E4A">
            <w:pPr>
              <w:pStyle w:val="TableParagraph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23.05.2022</w:t>
            </w:r>
          </w:p>
        </w:tc>
        <w:tc>
          <w:tcPr>
            <w:tcW w:w="3842" w:type="dxa"/>
          </w:tcPr>
          <w:p w:rsidR="00D91592" w:rsidRDefault="00D91592" w:rsidP="00132E4A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Осуществлять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поиск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Интернете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руководством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взрослого;</w:t>
            </w:r>
          </w:p>
        </w:tc>
        <w:tc>
          <w:tcPr>
            <w:tcW w:w="1080" w:type="dxa"/>
          </w:tcPr>
          <w:p w:rsidR="00D91592" w:rsidRDefault="00D91592" w:rsidP="00132E4A">
            <w:pPr>
              <w:pStyle w:val="TableParagraph"/>
              <w:spacing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377" w:type="dxa"/>
          </w:tcPr>
          <w:p w:rsidR="00D91592" w:rsidRDefault="00681448" w:rsidP="00132E4A">
            <w:pPr>
              <w:pStyle w:val="TableParagraph"/>
              <w:spacing w:line="266" w:lineRule="auto"/>
              <w:ind w:left="80" w:right="53"/>
              <w:rPr>
                <w:sz w:val="15"/>
              </w:rPr>
            </w:pPr>
            <w:hyperlink r:id="rId100">
              <w:r w:rsidR="00D91592">
                <w:rPr>
                  <w:w w:val="105"/>
                  <w:sz w:val="15"/>
                </w:rPr>
                <w:t xml:space="preserve">http://www.kudesniki.ru/gallery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галерея детских рисунков «Дети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в Интернете»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101">
              <w:r w:rsidR="00D91592">
                <w:rPr>
                  <w:w w:val="105"/>
                  <w:sz w:val="15"/>
                </w:rPr>
                <w:t xml:space="preserve">http://www.chg.ru./Fairy </w:t>
              </w:r>
            </w:hyperlink>
            <w:r w:rsidR="00D91592">
              <w:rPr>
                <w:w w:val="105"/>
                <w:sz w:val="15"/>
              </w:rPr>
              <w:t>-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творческий фестиваль «Детская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r w:rsidR="00D91592">
              <w:rPr>
                <w:w w:val="105"/>
                <w:sz w:val="15"/>
              </w:rPr>
              <w:t>сказка»</w:t>
            </w:r>
            <w:r w:rsidR="00D91592">
              <w:rPr>
                <w:spacing w:val="1"/>
                <w:w w:val="105"/>
                <w:sz w:val="15"/>
              </w:rPr>
              <w:t xml:space="preserve"> </w:t>
            </w:r>
            <w:hyperlink r:id="rId102">
              <w:r w:rsidR="00D91592">
                <w:rPr>
                  <w:spacing w:val="-1"/>
                  <w:w w:val="105"/>
                  <w:sz w:val="15"/>
                </w:rPr>
                <w:t>http://www.rozmisel.irk.ru/children</w:t>
              </w:r>
            </w:hyperlink>
          </w:p>
          <w:p w:rsidR="00D91592" w:rsidRDefault="00D91592" w:rsidP="00132E4A">
            <w:pPr>
              <w:pStyle w:val="TableParagraph"/>
              <w:spacing w:before="5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-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«Творите!»</w:t>
            </w:r>
          </w:p>
        </w:tc>
      </w:tr>
      <w:tr w:rsidR="00D91592" w:rsidTr="00132E4A">
        <w:trPr>
          <w:trHeight w:val="333"/>
        </w:trPr>
        <w:tc>
          <w:tcPr>
            <w:tcW w:w="4562" w:type="dxa"/>
            <w:gridSpan w:val="2"/>
          </w:tcPr>
          <w:p w:rsidR="00D91592" w:rsidRDefault="00D91592" w:rsidP="00132E4A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0407" w:type="dxa"/>
            <w:gridSpan w:val="6"/>
          </w:tcPr>
          <w:p w:rsidR="00D91592" w:rsidRDefault="00D91592" w:rsidP="00132E4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D91592" w:rsidTr="00132E4A">
        <w:trPr>
          <w:trHeight w:val="333"/>
        </w:trPr>
        <w:tc>
          <w:tcPr>
            <w:tcW w:w="4562" w:type="dxa"/>
            <w:gridSpan w:val="2"/>
          </w:tcPr>
          <w:p w:rsidR="00D91592" w:rsidRDefault="00D91592" w:rsidP="00132E4A">
            <w:pPr>
              <w:pStyle w:val="TableParagrap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1104" w:type="dxa"/>
          </w:tcPr>
          <w:p w:rsidR="00D91592" w:rsidRDefault="00D91592" w:rsidP="00132E4A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D91592" w:rsidRDefault="00D91592" w:rsidP="00132E4A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163" w:type="dxa"/>
            <w:gridSpan w:val="4"/>
          </w:tcPr>
          <w:p w:rsidR="00D91592" w:rsidRDefault="00D91592" w:rsidP="00132E4A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D91592" w:rsidRDefault="00D91592" w:rsidP="00D91592">
      <w:pPr>
        <w:rPr>
          <w:sz w:val="14"/>
        </w:rPr>
        <w:sectPr w:rsidR="00D91592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D47CAD" w:rsidRDefault="00D47CAD">
      <w:pPr>
        <w:autoSpaceDE w:val="0"/>
        <w:autoSpaceDN w:val="0"/>
        <w:spacing w:after="78" w:line="220" w:lineRule="exact"/>
      </w:pPr>
    </w:p>
    <w:p w:rsidR="00D91592" w:rsidRDefault="00C058D4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D91592" w:rsidTr="00132E4A">
        <w:trPr>
          <w:trHeight w:val="477"/>
        </w:trPr>
        <w:tc>
          <w:tcPr>
            <w:tcW w:w="504" w:type="dxa"/>
            <w:vMerge w:val="restart"/>
          </w:tcPr>
          <w:p w:rsidR="00D91592" w:rsidRDefault="00D91592" w:rsidP="00132E4A">
            <w:pPr>
              <w:pStyle w:val="TableParagraph"/>
              <w:spacing w:before="86" w:line="29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217" w:type="dxa"/>
            <w:vMerge w:val="restart"/>
          </w:tcPr>
          <w:p w:rsidR="00D91592" w:rsidRDefault="00D91592" w:rsidP="00132E4A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D91592" w:rsidRDefault="00D91592" w:rsidP="00132E4A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D91592" w:rsidRDefault="00D91592" w:rsidP="00132E4A">
            <w:pPr>
              <w:pStyle w:val="TableParagraph"/>
              <w:spacing w:before="86" w:line="292" w:lineRule="auto"/>
              <w:ind w:left="7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572" w:type="dxa"/>
            <w:vMerge w:val="restart"/>
          </w:tcPr>
          <w:p w:rsidR="00D91592" w:rsidRDefault="00D91592" w:rsidP="00132E4A">
            <w:pPr>
              <w:pStyle w:val="TableParagraph"/>
              <w:spacing w:before="86" w:line="292" w:lineRule="auto"/>
              <w:ind w:left="78" w:right="426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D91592" w:rsidTr="00132E4A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D91592" w:rsidRDefault="00D91592" w:rsidP="00132E4A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vMerge/>
            <w:tcBorders>
              <w:top w:val="nil"/>
            </w:tcBorders>
          </w:tcPr>
          <w:p w:rsidR="00D91592" w:rsidRDefault="00D91592" w:rsidP="00132E4A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D91592" w:rsidRDefault="00D91592" w:rsidP="00132E4A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D91592" w:rsidRDefault="00D91592" w:rsidP="00132E4A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D91592" w:rsidRDefault="00D91592" w:rsidP="00132E4A">
            <w:pPr>
              <w:rPr>
                <w:sz w:val="2"/>
                <w:szCs w:val="2"/>
              </w:rPr>
            </w:pPr>
          </w:p>
        </w:tc>
      </w:tr>
      <w:tr w:rsidR="00D91592" w:rsidTr="00132E4A">
        <w:trPr>
          <w:trHeight w:val="813"/>
        </w:trPr>
        <w:tc>
          <w:tcPr>
            <w:tcW w:w="504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17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знаешь?</w:t>
            </w:r>
          </w:p>
        </w:tc>
        <w:tc>
          <w:tcPr>
            <w:tcW w:w="732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91592" w:rsidRDefault="00D91592" w:rsidP="00132E4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91592" w:rsidRDefault="00D91592" w:rsidP="00132E4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03.09.2021</w:t>
            </w:r>
          </w:p>
        </w:tc>
        <w:tc>
          <w:tcPr>
            <w:tcW w:w="1572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91592" w:rsidTr="00132E4A">
        <w:trPr>
          <w:trHeight w:val="1485"/>
        </w:trPr>
        <w:tc>
          <w:tcPr>
            <w:tcW w:w="504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17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right="514"/>
              <w:rPr>
                <w:sz w:val="24"/>
              </w:rPr>
            </w:pPr>
            <w:r>
              <w:rPr>
                <w:sz w:val="24"/>
              </w:rPr>
              <w:t>Зачем художнику знать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тоне, форме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размере?Входная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732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91592" w:rsidRDefault="00D91592" w:rsidP="00132E4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91592" w:rsidRDefault="00D91592" w:rsidP="00132E4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10.09.2021</w:t>
            </w:r>
          </w:p>
        </w:tc>
        <w:tc>
          <w:tcPr>
            <w:tcW w:w="1572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91592" w:rsidTr="00132E4A">
        <w:trPr>
          <w:trHeight w:val="813"/>
        </w:trPr>
        <w:tc>
          <w:tcPr>
            <w:tcW w:w="504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17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right="1060"/>
              <w:rPr>
                <w:sz w:val="24"/>
              </w:rPr>
            </w:pPr>
            <w:r>
              <w:rPr>
                <w:sz w:val="24"/>
              </w:rPr>
              <w:t>Какова роль цвета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композиции?</w:t>
            </w:r>
          </w:p>
        </w:tc>
        <w:tc>
          <w:tcPr>
            <w:tcW w:w="732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91592" w:rsidRDefault="00D91592" w:rsidP="00132E4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91592" w:rsidRDefault="00D91592" w:rsidP="00132E4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17.09.2021</w:t>
            </w:r>
          </w:p>
        </w:tc>
        <w:tc>
          <w:tcPr>
            <w:tcW w:w="1572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91592" w:rsidTr="00132E4A">
        <w:trPr>
          <w:trHeight w:val="813"/>
        </w:trPr>
        <w:tc>
          <w:tcPr>
            <w:tcW w:w="504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17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right="490"/>
              <w:rPr>
                <w:sz w:val="24"/>
              </w:rPr>
            </w:pPr>
            <w:r>
              <w:rPr>
                <w:sz w:val="24"/>
              </w:rPr>
              <w:t>Какие бывают цветочные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композиции?</w:t>
            </w:r>
          </w:p>
        </w:tc>
        <w:tc>
          <w:tcPr>
            <w:tcW w:w="732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91592" w:rsidRDefault="00D91592" w:rsidP="00132E4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91592" w:rsidRDefault="00D91592" w:rsidP="00132E4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24.09.2021</w:t>
            </w:r>
          </w:p>
        </w:tc>
        <w:tc>
          <w:tcPr>
            <w:tcW w:w="1572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91592" w:rsidTr="00132E4A">
        <w:trPr>
          <w:trHeight w:val="813"/>
        </w:trPr>
        <w:tc>
          <w:tcPr>
            <w:tcW w:w="504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17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right="136"/>
              <w:rPr>
                <w:sz w:val="24"/>
              </w:rPr>
            </w:pPr>
            <w:r>
              <w:rPr>
                <w:sz w:val="24"/>
              </w:rPr>
              <w:t>Как увидеть белое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фоне?</w:t>
            </w:r>
          </w:p>
        </w:tc>
        <w:tc>
          <w:tcPr>
            <w:tcW w:w="732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91592" w:rsidRDefault="00D91592" w:rsidP="00132E4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91592" w:rsidRDefault="00D91592" w:rsidP="00132E4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01.10.2021</w:t>
            </w:r>
          </w:p>
        </w:tc>
        <w:tc>
          <w:tcPr>
            <w:tcW w:w="1572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91592" w:rsidTr="00132E4A">
        <w:trPr>
          <w:trHeight w:val="813"/>
        </w:trPr>
        <w:tc>
          <w:tcPr>
            <w:tcW w:w="504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17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симметрия?</w:t>
            </w:r>
          </w:p>
        </w:tc>
        <w:tc>
          <w:tcPr>
            <w:tcW w:w="732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91592" w:rsidRDefault="00D91592" w:rsidP="00132E4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91592" w:rsidRDefault="00D91592" w:rsidP="00132E4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08.10.2021</w:t>
            </w:r>
          </w:p>
        </w:tc>
        <w:tc>
          <w:tcPr>
            <w:tcW w:w="1572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91592" w:rsidTr="00132E4A">
        <w:trPr>
          <w:trHeight w:val="813"/>
        </w:trPr>
        <w:tc>
          <w:tcPr>
            <w:tcW w:w="504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17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right="350"/>
              <w:rPr>
                <w:sz w:val="24"/>
              </w:rPr>
            </w:pPr>
            <w:r>
              <w:rPr>
                <w:sz w:val="24"/>
              </w:rPr>
              <w:t>Можно ли сгибать картон?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Как?</w:t>
            </w:r>
          </w:p>
        </w:tc>
        <w:tc>
          <w:tcPr>
            <w:tcW w:w="732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91592" w:rsidRDefault="00D91592" w:rsidP="00132E4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91592" w:rsidRDefault="00D91592" w:rsidP="00132E4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15.10.2021</w:t>
            </w:r>
          </w:p>
        </w:tc>
        <w:tc>
          <w:tcPr>
            <w:tcW w:w="1572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91592" w:rsidTr="00132E4A">
        <w:trPr>
          <w:trHeight w:val="813"/>
        </w:trPr>
        <w:tc>
          <w:tcPr>
            <w:tcW w:w="504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17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right="106"/>
              <w:rPr>
                <w:sz w:val="24"/>
              </w:rPr>
            </w:pPr>
            <w:r>
              <w:rPr>
                <w:sz w:val="24"/>
              </w:rPr>
              <w:t>Наши проекты. Африканская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саванна.</w:t>
            </w:r>
          </w:p>
        </w:tc>
        <w:tc>
          <w:tcPr>
            <w:tcW w:w="732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91592" w:rsidRDefault="00D91592" w:rsidP="00132E4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91592" w:rsidRDefault="00D91592" w:rsidP="00132E4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22.10.2021</w:t>
            </w:r>
          </w:p>
        </w:tc>
        <w:tc>
          <w:tcPr>
            <w:tcW w:w="1572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91592" w:rsidTr="00132E4A">
        <w:trPr>
          <w:trHeight w:val="813"/>
        </w:trPr>
        <w:tc>
          <w:tcPr>
            <w:tcW w:w="504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17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right="469"/>
              <w:rPr>
                <w:sz w:val="24"/>
              </w:rPr>
            </w:pPr>
            <w:r>
              <w:rPr>
                <w:sz w:val="24"/>
              </w:rPr>
              <w:t>Как плоское превратить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объемное?</w:t>
            </w:r>
          </w:p>
        </w:tc>
        <w:tc>
          <w:tcPr>
            <w:tcW w:w="732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91592" w:rsidRDefault="00D91592" w:rsidP="00132E4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91592" w:rsidRDefault="00D91592" w:rsidP="00132E4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08.11.2021</w:t>
            </w:r>
          </w:p>
        </w:tc>
        <w:tc>
          <w:tcPr>
            <w:tcW w:w="1572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91592" w:rsidTr="00132E4A">
        <w:trPr>
          <w:trHeight w:val="1149"/>
        </w:trPr>
        <w:tc>
          <w:tcPr>
            <w:tcW w:w="504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17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right="485"/>
              <w:rPr>
                <w:sz w:val="24"/>
              </w:rPr>
            </w:pPr>
            <w:r>
              <w:rPr>
                <w:sz w:val="24"/>
              </w:rPr>
              <w:t>Как согнуть картон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кривой линии? Проверим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</w:p>
        </w:tc>
        <w:tc>
          <w:tcPr>
            <w:tcW w:w="732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91592" w:rsidRDefault="00D91592" w:rsidP="00132E4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91592" w:rsidRDefault="00D91592" w:rsidP="00132E4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15.11.2021</w:t>
            </w:r>
          </w:p>
        </w:tc>
        <w:tc>
          <w:tcPr>
            <w:tcW w:w="1572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91592" w:rsidTr="00132E4A">
        <w:trPr>
          <w:trHeight w:val="813"/>
        </w:trPr>
        <w:tc>
          <w:tcPr>
            <w:tcW w:w="504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17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right="318"/>
              <w:rPr>
                <w:sz w:val="24"/>
              </w:rPr>
            </w:pPr>
            <w:r>
              <w:rPr>
                <w:sz w:val="24"/>
              </w:rPr>
              <w:t>Что такое технологические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способы?</w:t>
            </w:r>
          </w:p>
        </w:tc>
        <w:tc>
          <w:tcPr>
            <w:tcW w:w="732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91592" w:rsidRDefault="00D91592" w:rsidP="00132E4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91592" w:rsidRDefault="00D91592" w:rsidP="00132E4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22.11.2021</w:t>
            </w:r>
          </w:p>
        </w:tc>
        <w:tc>
          <w:tcPr>
            <w:tcW w:w="1572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91592" w:rsidTr="00132E4A">
        <w:trPr>
          <w:trHeight w:val="813"/>
        </w:trPr>
        <w:tc>
          <w:tcPr>
            <w:tcW w:w="504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17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right="206"/>
              <w:rPr>
                <w:sz w:val="24"/>
              </w:rPr>
            </w:pPr>
            <w:r>
              <w:rPr>
                <w:sz w:val="24"/>
              </w:rPr>
              <w:t>Что такое линейка и что она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умеет?</w:t>
            </w:r>
          </w:p>
        </w:tc>
        <w:tc>
          <w:tcPr>
            <w:tcW w:w="732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91592" w:rsidRDefault="00D91592" w:rsidP="00132E4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91592" w:rsidRDefault="00D91592" w:rsidP="00132E4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29.11.2021</w:t>
            </w:r>
          </w:p>
        </w:tc>
        <w:tc>
          <w:tcPr>
            <w:tcW w:w="1572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91592" w:rsidTr="00132E4A">
        <w:trPr>
          <w:trHeight w:val="813"/>
        </w:trPr>
        <w:tc>
          <w:tcPr>
            <w:tcW w:w="504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17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right="353"/>
              <w:rPr>
                <w:sz w:val="24"/>
              </w:rPr>
            </w:pPr>
            <w:r>
              <w:rPr>
                <w:sz w:val="24"/>
              </w:rPr>
              <w:t>Что такое чертеж и как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прочитать?</w:t>
            </w:r>
          </w:p>
        </w:tc>
        <w:tc>
          <w:tcPr>
            <w:tcW w:w="732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91592" w:rsidRDefault="00D91592" w:rsidP="00132E4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91592" w:rsidRDefault="00D91592" w:rsidP="00132E4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06.12.2021</w:t>
            </w:r>
          </w:p>
        </w:tc>
        <w:tc>
          <w:tcPr>
            <w:tcW w:w="1572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91592" w:rsidTr="00132E4A">
        <w:trPr>
          <w:trHeight w:val="1149"/>
        </w:trPr>
        <w:tc>
          <w:tcPr>
            <w:tcW w:w="504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17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right="436"/>
              <w:rPr>
                <w:sz w:val="24"/>
              </w:rPr>
            </w:pPr>
            <w:r>
              <w:rPr>
                <w:sz w:val="24"/>
              </w:rPr>
              <w:t>Как изготовить несколько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прямоугольников?</w:t>
            </w:r>
          </w:p>
        </w:tc>
        <w:tc>
          <w:tcPr>
            <w:tcW w:w="732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91592" w:rsidRDefault="00D91592" w:rsidP="00132E4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91592" w:rsidRDefault="00D91592" w:rsidP="00132E4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13.12.2021</w:t>
            </w:r>
          </w:p>
        </w:tc>
        <w:tc>
          <w:tcPr>
            <w:tcW w:w="1572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D91592" w:rsidRDefault="00D91592" w:rsidP="00D91592">
      <w:pPr>
        <w:spacing w:line="292" w:lineRule="auto"/>
        <w:rPr>
          <w:sz w:val="24"/>
        </w:rPr>
        <w:sectPr w:rsidR="00D91592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D91592" w:rsidTr="00132E4A">
        <w:trPr>
          <w:trHeight w:val="1149"/>
        </w:trPr>
        <w:tc>
          <w:tcPr>
            <w:tcW w:w="504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lastRenderedPageBreak/>
              <w:t>15.</w:t>
            </w:r>
          </w:p>
        </w:tc>
        <w:tc>
          <w:tcPr>
            <w:tcW w:w="3217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right="962"/>
              <w:rPr>
                <w:sz w:val="24"/>
              </w:rPr>
            </w:pPr>
            <w:r>
              <w:rPr>
                <w:sz w:val="24"/>
              </w:rPr>
              <w:t>Можно ли разметить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прямоугольник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угольнику?</w:t>
            </w:r>
          </w:p>
        </w:tc>
        <w:tc>
          <w:tcPr>
            <w:tcW w:w="732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91592" w:rsidRDefault="00D91592" w:rsidP="00132E4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91592" w:rsidRDefault="00D91592" w:rsidP="00132E4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20.12.2021</w:t>
            </w:r>
          </w:p>
        </w:tc>
        <w:tc>
          <w:tcPr>
            <w:tcW w:w="1572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91592" w:rsidTr="00132E4A">
        <w:trPr>
          <w:trHeight w:val="813"/>
        </w:trPr>
        <w:tc>
          <w:tcPr>
            <w:tcW w:w="504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17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right="718"/>
              <w:rPr>
                <w:sz w:val="24"/>
              </w:rPr>
            </w:pPr>
            <w:r>
              <w:rPr>
                <w:sz w:val="24"/>
              </w:rPr>
              <w:t>Можно ли без шаблона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круг?</w:t>
            </w:r>
          </w:p>
        </w:tc>
        <w:tc>
          <w:tcPr>
            <w:tcW w:w="732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91592" w:rsidRDefault="00D91592" w:rsidP="00132E4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91592" w:rsidRDefault="00D91592" w:rsidP="00132E4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27.12.2021</w:t>
            </w:r>
          </w:p>
        </w:tc>
        <w:tc>
          <w:tcPr>
            <w:tcW w:w="1572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91592" w:rsidTr="00132E4A">
        <w:trPr>
          <w:trHeight w:val="813"/>
        </w:trPr>
        <w:tc>
          <w:tcPr>
            <w:tcW w:w="504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17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right="177"/>
              <w:rPr>
                <w:sz w:val="24"/>
              </w:rPr>
            </w:pPr>
            <w:r>
              <w:rPr>
                <w:sz w:val="24"/>
              </w:rPr>
              <w:t>Мастерская Деда Мороза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Снегурочки.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</w:p>
        </w:tc>
        <w:tc>
          <w:tcPr>
            <w:tcW w:w="732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91592" w:rsidRDefault="00D91592" w:rsidP="00132E4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91592" w:rsidRDefault="00D91592" w:rsidP="00132E4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10.01.2022</w:t>
            </w:r>
          </w:p>
        </w:tc>
        <w:tc>
          <w:tcPr>
            <w:tcW w:w="1572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91592" w:rsidTr="00132E4A">
        <w:trPr>
          <w:trHeight w:val="813"/>
        </w:trPr>
        <w:tc>
          <w:tcPr>
            <w:tcW w:w="504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17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right="325"/>
              <w:rPr>
                <w:sz w:val="24"/>
              </w:rPr>
            </w:pPr>
            <w:r>
              <w:rPr>
                <w:sz w:val="24"/>
              </w:rPr>
              <w:t>Какой секрет у подвижных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игрушек?</w:t>
            </w:r>
          </w:p>
        </w:tc>
        <w:tc>
          <w:tcPr>
            <w:tcW w:w="732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91592" w:rsidRDefault="00D91592" w:rsidP="00132E4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91592" w:rsidRDefault="00D91592" w:rsidP="00132E4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17.01.2022</w:t>
            </w:r>
          </w:p>
        </w:tc>
        <w:tc>
          <w:tcPr>
            <w:tcW w:w="1572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91592" w:rsidTr="00132E4A">
        <w:trPr>
          <w:trHeight w:val="1149"/>
        </w:trPr>
        <w:tc>
          <w:tcPr>
            <w:tcW w:w="504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17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right="100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неподвижной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 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подвижную?</w:t>
            </w:r>
          </w:p>
        </w:tc>
        <w:tc>
          <w:tcPr>
            <w:tcW w:w="732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91592" w:rsidRDefault="00D91592" w:rsidP="00132E4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91592" w:rsidRDefault="00D91592" w:rsidP="00132E4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24.01.2022</w:t>
            </w:r>
          </w:p>
        </w:tc>
        <w:tc>
          <w:tcPr>
            <w:tcW w:w="1572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91592" w:rsidTr="00132E4A">
        <w:trPr>
          <w:trHeight w:val="813"/>
        </w:trPr>
        <w:tc>
          <w:tcPr>
            <w:tcW w:w="504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17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right="509"/>
              <w:rPr>
                <w:sz w:val="24"/>
              </w:rPr>
            </w:pPr>
            <w:r>
              <w:rPr>
                <w:sz w:val="24"/>
              </w:rPr>
              <w:t>Еще один способ сделать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подвижной.</w:t>
            </w:r>
          </w:p>
        </w:tc>
        <w:tc>
          <w:tcPr>
            <w:tcW w:w="732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91592" w:rsidRDefault="00D91592" w:rsidP="00132E4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91592" w:rsidRDefault="00D91592" w:rsidP="00132E4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31.01.2022</w:t>
            </w:r>
          </w:p>
        </w:tc>
        <w:tc>
          <w:tcPr>
            <w:tcW w:w="1572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91592" w:rsidTr="00132E4A">
        <w:trPr>
          <w:trHeight w:val="813"/>
        </w:trPr>
        <w:tc>
          <w:tcPr>
            <w:tcW w:w="504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17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right="486"/>
              <w:rPr>
                <w:sz w:val="24"/>
              </w:rPr>
            </w:pPr>
            <w:r>
              <w:rPr>
                <w:sz w:val="24"/>
              </w:rPr>
              <w:t>Что заставляет вращаться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винт-пропеллер?</w:t>
            </w:r>
          </w:p>
        </w:tc>
        <w:tc>
          <w:tcPr>
            <w:tcW w:w="732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91592" w:rsidRDefault="00D91592" w:rsidP="00132E4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91592" w:rsidRDefault="00D91592" w:rsidP="00132E4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07.02.2022</w:t>
            </w:r>
          </w:p>
        </w:tc>
        <w:tc>
          <w:tcPr>
            <w:tcW w:w="1572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91592" w:rsidTr="00132E4A">
        <w:trPr>
          <w:trHeight w:val="1149"/>
        </w:trPr>
        <w:tc>
          <w:tcPr>
            <w:tcW w:w="504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17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right="187"/>
              <w:rPr>
                <w:sz w:val="24"/>
              </w:rPr>
            </w:pPr>
            <w:r>
              <w:rPr>
                <w:sz w:val="24"/>
              </w:rPr>
              <w:t>Можно ли соединить 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 соединительных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материалов?</w:t>
            </w:r>
          </w:p>
        </w:tc>
        <w:tc>
          <w:tcPr>
            <w:tcW w:w="732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91592" w:rsidRDefault="00D91592" w:rsidP="00132E4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91592" w:rsidRDefault="00D91592" w:rsidP="00132E4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14.02.2022</w:t>
            </w:r>
          </w:p>
        </w:tc>
        <w:tc>
          <w:tcPr>
            <w:tcW w:w="1572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91592" w:rsidTr="00132E4A">
        <w:trPr>
          <w:trHeight w:val="1149"/>
        </w:trPr>
        <w:tc>
          <w:tcPr>
            <w:tcW w:w="504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17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right="141"/>
              <w:rPr>
                <w:sz w:val="24"/>
              </w:rPr>
            </w:pPr>
            <w:r>
              <w:rPr>
                <w:sz w:val="24"/>
              </w:rPr>
              <w:t>День защитника Отечества.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Изменяется ли вооружение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армии?</w:t>
            </w:r>
          </w:p>
        </w:tc>
        <w:tc>
          <w:tcPr>
            <w:tcW w:w="732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91592" w:rsidRDefault="00D91592" w:rsidP="00132E4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91592" w:rsidRDefault="00D91592" w:rsidP="00132E4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21.02.2022</w:t>
            </w:r>
          </w:p>
        </w:tc>
        <w:tc>
          <w:tcPr>
            <w:tcW w:w="1572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91592" w:rsidTr="00132E4A">
        <w:trPr>
          <w:trHeight w:val="813"/>
        </w:trPr>
        <w:tc>
          <w:tcPr>
            <w:tcW w:w="504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17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right="732"/>
              <w:rPr>
                <w:sz w:val="24"/>
              </w:rPr>
            </w:pPr>
            <w:r>
              <w:rPr>
                <w:sz w:val="24"/>
              </w:rPr>
              <w:t>Как машины помогают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человеку?</w:t>
            </w:r>
          </w:p>
        </w:tc>
        <w:tc>
          <w:tcPr>
            <w:tcW w:w="732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91592" w:rsidRDefault="00D91592" w:rsidP="00132E4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91592" w:rsidRDefault="00D91592" w:rsidP="00132E4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28.02.2022</w:t>
            </w:r>
          </w:p>
        </w:tc>
        <w:tc>
          <w:tcPr>
            <w:tcW w:w="1572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91592" w:rsidTr="00132E4A">
        <w:trPr>
          <w:trHeight w:val="813"/>
        </w:trPr>
        <w:tc>
          <w:tcPr>
            <w:tcW w:w="504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17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right="676"/>
              <w:rPr>
                <w:sz w:val="24"/>
              </w:rPr>
            </w:pPr>
            <w:r>
              <w:rPr>
                <w:sz w:val="24"/>
              </w:rPr>
              <w:t>Поздравляем женщин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девочек.</w:t>
            </w:r>
          </w:p>
        </w:tc>
        <w:tc>
          <w:tcPr>
            <w:tcW w:w="732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91592" w:rsidRDefault="00D91592" w:rsidP="00132E4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91592" w:rsidRDefault="00D91592" w:rsidP="00132E4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07.03.2022</w:t>
            </w:r>
          </w:p>
        </w:tc>
        <w:tc>
          <w:tcPr>
            <w:tcW w:w="1572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91592" w:rsidTr="00132E4A">
        <w:trPr>
          <w:trHeight w:val="1485"/>
        </w:trPr>
        <w:tc>
          <w:tcPr>
            <w:tcW w:w="504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17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right="114"/>
              <w:rPr>
                <w:sz w:val="24"/>
              </w:rPr>
            </w:pPr>
            <w:r>
              <w:rPr>
                <w:sz w:val="24"/>
              </w:rPr>
              <w:t>Что интересного в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архитектора? Наши проекты.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Макет города. Проверим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</w:p>
        </w:tc>
        <w:tc>
          <w:tcPr>
            <w:tcW w:w="732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0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91592" w:rsidRDefault="00D91592" w:rsidP="00132E4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91592" w:rsidRDefault="00D91592" w:rsidP="00132E4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14.03.2022</w:t>
            </w:r>
          </w:p>
        </w:tc>
        <w:tc>
          <w:tcPr>
            <w:tcW w:w="1572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91592" w:rsidTr="00132E4A">
        <w:trPr>
          <w:trHeight w:val="813"/>
        </w:trPr>
        <w:tc>
          <w:tcPr>
            <w:tcW w:w="504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17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ткани?</w:t>
            </w:r>
          </w:p>
        </w:tc>
        <w:tc>
          <w:tcPr>
            <w:tcW w:w="732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91592" w:rsidRDefault="00D91592" w:rsidP="00132E4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91592" w:rsidRDefault="00D91592" w:rsidP="00132E4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21.03.2022</w:t>
            </w:r>
          </w:p>
        </w:tc>
        <w:tc>
          <w:tcPr>
            <w:tcW w:w="1572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91592" w:rsidTr="00132E4A">
        <w:trPr>
          <w:trHeight w:val="813"/>
        </w:trPr>
        <w:tc>
          <w:tcPr>
            <w:tcW w:w="504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17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right="470"/>
              <w:rPr>
                <w:sz w:val="24"/>
              </w:rPr>
            </w:pPr>
            <w:r>
              <w:rPr>
                <w:sz w:val="24"/>
              </w:rPr>
              <w:t>Какие бывают нитки.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используются?</w:t>
            </w:r>
          </w:p>
        </w:tc>
        <w:tc>
          <w:tcPr>
            <w:tcW w:w="732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91592" w:rsidRDefault="00D91592" w:rsidP="00132E4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91592" w:rsidRDefault="00D91592" w:rsidP="00132E4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04.04.2022</w:t>
            </w:r>
          </w:p>
        </w:tc>
        <w:tc>
          <w:tcPr>
            <w:tcW w:w="1572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91592" w:rsidTr="00132E4A">
        <w:trPr>
          <w:trHeight w:val="1485"/>
        </w:trPr>
        <w:tc>
          <w:tcPr>
            <w:tcW w:w="504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17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right="738"/>
              <w:rPr>
                <w:sz w:val="24"/>
              </w:rPr>
            </w:pPr>
            <w:r>
              <w:rPr>
                <w:sz w:val="24"/>
              </w:rPr>
              <w:t>Что такое натуральные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ткани? Каковы 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свойства?Итоговая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732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91592" w:rsidRDefault="00D91592" w:rsidP="00132E4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91592" w:rsidRDefault="00D91592" w:rsidP="00132E4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11.04.2022</w:t>
            </w:r>
          </w:p>
        </w:tc>
        <w:tc>
          <w:tcPr>
            <w:tcW w:w="1572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D91592" w:rsidRDefault="00D91592" w:rsidP="00D91592">
      <w:pPr>
        <w:spacing w:line="292" w:lineRule="auto"/>
        <w:rPr>
          <w:sz w:val="24"/>
        </w:rPr>
        <w:sectPr w:rsidR="00D91592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D91592" w:rsidTr="00132E4A">
        <w:trPr>
          <w:trHeight w:val="813"/>
        </w:trPr>
        <w:tc>
          <w:tcPr>
            <w:tcW w:w="504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lastRenderedPageBreak/>
              <w:t>30.</w:t>
            </w:r>
          </w:p>
        </w:tc>
        <w:tc>
          <w:tcPr>
            <w:tcW w:w="3217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right="161"/>
              <w:rPr>
                <w:sz w:val="24"/>
              </w:rPr>
            </w:pPr>
            <w:r>
              <w:rPr>
                <w:sz w:val="24"/>
              </w:rPr>
              <w:t>Строчка косого стежка. Есть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 нее «дочки»?</w:t>
            </w:r>
          </w:p>
        </w:tc>
        <w:tc>
          <w:tcPr>
            <w:tcW w:w="732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91592" w:rsidRDefault="00D91592" w:rsidP="00132E4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91592" w:rsidRDefault="00D91592" w:rsidP="00132E4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18.04.2022</w:t>
            </w:r>
          </w:p>
        </w:tc>
        <w:tc>
          <w:tcPr>
            <w:tcW w:w="1572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91592" w:rsidTr="00132E4A">
        <w:trPr>
          <w:trHeight w:val="813"/>
        </w:trPr>
        <w:tc>
          <w:tcPr>
            <w:tcW w:w="504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17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right="449"/>
              <w:rPr>
                <w:sz w:val="24"/>
              </w:rPr>
            </w:pPr>
            <w:r>
              <w:rPr>
                <w:sz w:val="24"/>
              </w:rPr>
              <w:t>Как ткань превращается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изделие?</w:t>
            </w:r>
          </w:p>
        </w:tc>
        <w:tc>
          <w:tcPr>
            <w:tcW w:w="732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91592" w:rsidRDefault="00D91592" w:rsidP="00132E4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91592" w:rsidRDefault="00D91592" w:rsidP="00132E4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25.04.2022</w:t>
            </w:r>
          </w:p>
        </w:tc>
        <w:tc>
          <w:tcPr>
            <w:tcW w:w="1572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left="78" w:right="142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91592" w:rsidTr="00132E4A">
        <w:trPr>
          <w:trHeight w:val="813"/>
        </w:trPr>
        <w:tc>
          <w:tcPr>
            <w:tcW w:w="504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17" w:type="dxa"/>
          </w:tcPr>
          <w:p w:rsidR="00D91592" w:rsidRDefault="00D91592" w:rsidP="00132E4A">
            <w:pPr>
              <w:pStyle w:val="TableParagraph"/>
              <w:spacing w:before="86"/>
              <w:ind w:left="136"/>
              <w:rPr>
                <w:sz w:val="24"/>
              </w:rPr>
            </w:pPr>
            <w:r>
              <w:rPr>
                <w:sz w:val="24"/>
              </w:rPr>
              <w:t>Лекало.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</w:p>
        </w:tc>
        <w:tc>
          <w:tcPr>
            <w:tcW w:w="732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91592" w:rsidRDefault="00D91592" w:rsidP="00132E4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91592" w:rsidRDefault="00D91592" w:rsidP="00132E4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16.05.2022</w:t>
            </w:r>
          </w:p>
        </w:tc>
        <w:tc>
          <w:tcPr>
            <w:tcW w:w="1572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91592" w:rsidTr="00132E4A">
        <w:trPr>
          <w:trHeight w:val="813"/>
        </w:trPr>
        <w:tc>
          <w:tcPr>
            <w:tcW w:w="504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17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Проверим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732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91592" w:rsidRDefault="00D91592" w:rsidP="00132E4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91592" w:rsidRDefault="00D91592" w:rsidP="00132E4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23.05.2022</w:t>
            </w:r>
          </w:p>
        </w:tc>
        <w:tc>
          <w:tcPr>
            <w:tcW w:w="1572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91592" w:rsidTr="00132E4A">
        <w:trPr>
          <w:trHeight w:val="813"/>
        </w:trPr>
        <w:tc>
          <w:tcPr>
            <w:tcW w:w="504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217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научились</w:t>
            </w:r>
          </w:p>
        </w:tc>
        <w:tc>
          <w:tcPr>
            <w:tcW w:w="732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D91592" w:rsidRDefault="00D91592" w:rsidP="00132E4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D91592" w:rsidRDefault="00132E4A" w:rsidP="00132E4A">
            <w:pPr>
              <w:pStyle w:val="TableParagraph"/>
              <w:spacing w:before="86"/>
              <w:ind w:left="57" w:right="4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D91592">
              <w:rPr>
                <w:sz w:val="24"/>
              </w:rPr>
              <w:t>.05.2022</w:t>
            </w:r>
          </w:p>
        </w:tc>
        <w:tc>
          <w:tcPr>
            <w:tcW w:w="1572" w:type="dxa"/>
          </w:tcPr>
          <w:p w:rsidR="00D91592" w:rsidRDefault="00D91592" w:rsidP="00132E4A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D91592" w:rsidTr="00132E4A">
        <w:trPr>
          <w:trHeight w:val="813"/>
        </w:trPr>
        <w:tc>
          <w:tcPr>
            <w:tcW w:w="3721" w:type="dxa"/>
            <w:gridSpan w:val="2"/>
          </w:tcPr>
          <w:p w:rsidR="00D91592" w:rsidRDefault="00D91592" w:rsidP="00132E4A">
            <w:pPr>
              <w:pStyle w:val="TableParagraph"/>
              <w:spacing w:before="86" w:line="292" w:lineRule="auto"/>
              <w:ind w:right="22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620" w:type="dxa"/>
          </w:tcPr>
          <w:p w:rsidR="00D91592" w:rsidRDefault="00D91592" w:rsidP="00132E4A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D91592" w:rsidRDefault="00D91592" w:rsidP="00132E4A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8" w:type="dxa"/>
            <w:gridSpan w:val="2"/>
          </w:tcPr>
          <w:p w:rsidR="00D91592" w:rsidRDefault="00D91592" w:rsidP="00132E4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D47CAD" w:rsidRDefault="00D47CAD">
      <w:pPr>
        <w:sectPr w:rsidR="00D47CAD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47CAD" w:rsidRDefault="00D47CAD">
      <w:pPr>
        <w:autoSpaceDE w:val="0"/>
        <w:autoSpaceDN w:val="0"/>
        <w:spacing w:after="78" w:line="220" w:lineRule="exact"/>
      </w:pPr>
    </w:p>
    <w:p w:rsidR="00D47CAD" w:rsidRPr="00D91592" w:rsidRDefault="00C058D4">
      <w:pPr>
        <w:autoSpaceDE w:val="0"/>
        <w:autoSpaceDN w:val="0"/>
        <w:spacing w:after="0" w:line="230" w:lineRule="auto"/>
        <w:rPr>
          <w:lang w:val="ru-RU"/>
        </w:rPr>
      </w:pPr>
      <w:r w:rsidRPr="00D9159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D91592" w:rsidRPr="00D91592" w:rsidRDefault="00C058D4" w:rsidP="00D91592">
      <w:pPr>
        <w:autoSpaceDE w:val="0"/>
        <w:autoSpaceDN w:val="0"/>
        <w:spacing w:before="346" w:after="0" w:line="300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r w:rsidRPr="00D9159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D91592">
        <w:rPr>
          <w:lang w:val="ru-RU"/>
        </w:rPr>
        <w:br/>
      </w:r>
      <w:r w:rsidR="00D91592" w:rsidRPr="00D91592">
        <w:rPr>
          <w:lang w:val="ru-RU"/>
        </w:rPr>
        <w:t>Технология,</w:t>
      </w:r>
      <w:r w:rsidR="00D91592" w:rsidRPr="00D91592">
        <w:rPr>
          <w:spacing w:val="-5"/>
          <w:lang w:val="ru-RU"/>
        </w:rPr>
        <w:t xml:space="preserve"> </w:t>
      </w:r>
      <w:r w:rsidR="00D91592" w:rsidRPr="00D91592">
        <w:rPr>
          <w:lang w:val="ru-RU"/>
        </w:rPr>
        <w:t>2</w:t>
      </w:r>
      <w:r w:rsidR="00D91592" w:rsidRPr="00D91592">
        <w:rPr>
          <w:spacing w:val="-5"/>
          <w:lang w:val="ru-RU"/>
        </w:rPr>
        <w:t xml:space="preserve"> </w:t>
      </w:r>
      <w:r w:rsidR="00D91592" w:rsidRPr="00D91592">
        <w:rPr>
          <w:lang w:val="ru-RU"/>
        </w:rPr>
        <w:t>класс/</w:t>
      </w:r>
      <w:proofErr w:type="spellStart"/>
      <w:r w:rsidR="00D91592" w:rsidRPr="00D91592">
        <w:rPr>
          <w:lang w:val="ru-RU"/>
        </w:rPr>
        <w:t>Лутцева</w:t>
      </w:r>
      <w:proofErr w:type="spellEnd"/>
      <w:r w:rsidR="00D91592" w:rsidRPr="00D91592">
        <w:rPr>
          <w:spacing w:val="-5"/>
          <w:lang w:val="ru-RU"/>
        </w:rPr>
        <w:t xml:space="preserve"> </w:t>
      </w:r>
      <w:r w:rsidR="00D91592" w:rsidRPr="00D91592">
        <w:rPr>
          <w:lang w:val="ru-RU"/>
        </w:rPr>
        <w:t>Е.А.,</w:t>
      </w:r>
      <w:r w:rsidR="00D91592" w:rsidRPr="00D91592">
        <w:rPr>
          <w:spacing w:val="-5"/>
          <w:lang w:val="ru-RU"/>
        </w:rPr>
        <w:t xml:space="preserve"> </w:t>
      </w:r>
      <w:r w:rsidR="00D91592" w:rsidRPr="00D91592">
        <w:rPr>
          <w:lang w:val="ru-RU"/>
        </w:rPr>
        <w:t>Зуева</w:t>
      </w:r>
      <w:r w:rsidR="00D91592" w:rsidRPr="00D91592">
        <w:rPr>
          <w:spacing w:val="-5"/>
          <w:lang w:val="ru-RU"/>
        </w:rPr>
        <w:t xml:space="preserve"> </w:t>
      </w:r>
      <w:r w:rsidR="00D91592" w:rsidRPr="00D91592">
        <w:rPr>
          <w:lang w:val="ru-RU"/>
        </w:rPr>
        <w:t>Т.П.,</w:t>
      </w:r>
      <w:r w:rsidR="00D91592" w:rsidRPr="00D91592">
        <w:rPr>
          <w:spacing w:val="-5"/>
          <w:lang w:val="ru-RU"/>
        </w:rPr>
        <w:t xml:space="preserve"> </w:t>
      </w:r>
      <w:r w:rsidR="00D91592" w:rsidRPr="00D91592">
        <w:rPr>
          <w:lang w:val="ru-RU"/>
        </w:rPr>
        <w:t>Акционерное</w:t>
      </w:r>
      <w:r w:rsidR="00D91592" w:rsidRPr="00D91592">
        <w:rPr>
          <w:spacing w:val="-5"/>
          <w:lang w:val="ru-RU"/>
        </w:rPr>
        <w:t xml:space="preserve"> </w:t>
      </w:r>
      <w:r w:rsidR="00D91592" w:rsidRPr="00D91592">
        <w:rPr>
          <w:lang w:val="ru-RU"/>
        </w:rPr>
        <w:t>общество</w:t>
      </w:r>
      <w:r w:rsidR="00D91592" w:rsidRPr="00D91592">
        <w:rPr>
          <w:spacing w:val="-5"/>
          <w:lang w:val="ru-RU"/>
        </w:rPr>
        <w:t xml:space="preserve"> </w:t>
      </w:r>
      <w:r w:rsidR="00D91592" w:rsidRPr="00D91592">
        <w:rPr>
          <w:lang w:val="ru-RU"/>
        </w:rPr>
        <w:t>«Издательство</w:t>
      </w:r>
      <w:r w:rsidR="00D91592" w:rsidRPr="00D91592">
        <w:rPr>
          <w:spacing w:val="-4"/>
          <w:lang w:val="ru-RU"/>
        </w:rPr>
        <w:t xml:space="preserve"> </w:t>
      </w:r>
      <w:r w:rsidR="00D91592" w:rsidRPr="00D91592">
        <w:rPr>
          <w:lang w:val="ru-RU"/>
        </w:rPr>
        <w:t>«Просвещение»;</w:t>
      </w:r>
      <w:r w:rsidR="00D91592" w:rsidRPr="00D91592">
        <w:rPr>
          <w:spacing w:val="-57"/>
          <w:lang w:val="ru-RU"/>
        </w:rPr>
        <w:t xml:space="preserve"> </w:t>
      </w:r>
      <w:r w:rsidR="00D91592" w:rsidRPr="00D91592">
        <w:rPr>
          <w:lang w:val="ru-RU"/>
        </w:rPr>
        <w:t>Технология.</w:t>
      </w:r>
      <w:r w:rsidR="00D91592" w:rsidRPr="00D91592">
        <w:rPr>
          <w:spacing w:val="-1"/>
          <w:lang w:val="ru-RU"/>
        </w:rPr>
        <w:t xml:space="preserve"> </w:t>
      </w:r>
      <w:r w:rsidR="00D91592" w:rsidRPr="00D91592">
        <w:rPr>
          <w:lang w:val="ru-RU"/>
        </w:rPr>
        <w:t>Рабочая</w:t>
      </w:r>
      <w:r w:rsidR="00D91592" w:rsidRPr="00D91592">
        <w:rPr>
          <w:spacing w:val="-2"/>
          <w:lang w:val="ru-RU"/>
        </w:rPr>
        <w:t xml:space="preserve"> </w:t>
      </w:r>
      <w:r w:rsidR="00D91592" w:rsidRPr="00D91592">
        <w:rPr>
          <w:lang w:val="ru-RU"/>
        </w:rPr>
        <w:t>тетрадь.</w:t>
      </w:r>
      <w:r w:rsidR="00D91592" w:rsidRPr="00D91592">
        <w:rPr>
          <w:spacing w:val="-1"/>
          <w:lang w:val="ru-RU"/>
        </w:rPr>
        <w:t xml:space="preserve"> </w:t>
      </w:r>
      <w:r w:rsidR="00D91592" w:rsidRPr="00D91592">
        <w:rPr>
          <w:lang w:val="ru-RU"/>
        </w:rPr>
        <w:t>1</w:t>
      </w:r>
      <w:r w:rsidR="00D91592" w:rsidRPr="00D91592">
        <w:rPr>
          <w:spacing w:val="-1"/>
          <w:lang w:val="ru-RU"/>
        </w:rPr>
        <w:t xml:space="preserve"> </w:t>
      </w:r>
      <w:r w:rsidR="00D91592" w:rsidRPr="00D91592">
        <w:rPr>
          <w:lang w:val="ru-RU"/>
        </w:rPr>
        <w:t xml:space="preserve">-2 </w:t>
      </w:r>
      <w:proofErr w:type="spellStart"/>
      <w:r w:rsidR="00D91592" w:rsidRPr="00D91592">
        <w:rPr>
          <w:lang w:val="ru-RU"/>
        </w:rPr>
        <w:t>класс.Лутцева</w:t>
      </w:r>
      <w:proofErr w:type="spellEnd"/>
      <w:r w:rsidR="00D91592" w:rsidRPr="00D91592">
        <w:rPr>
          <w:spacing w:val="-1"/>
          <w:lang w:val="ru-RU"/>
        </w:rPr>
        <w:t xml:space="preserve"> </w:t>
      </w:r>
      <w:r w:rsidR="00D91592" w:rsidRPr="00D91592">
        <w:rPr>
          <w:lang w:val="ru-RU"/>
        </w:rPr>
        <w:t>Е.</w:t>
      </w:r>
      <w:r w:rsidR="00D91592" w:rsidRPr="00D91592">
        <w:rPr>
          <w:spacing w:val="-1"/>
          <w:lang w:val="ru-RU"/>
        </w:rPr>
        <w:t xml:space="preserve"> </w:t>
      </w:r>
      <w:r w:rsidR="00D91592" w:rsidRPr="00D91592">
        <w:rPr>
          <w:lang w:val="ru-RU"/>
        </w:rPr>
        <w:t>А.,</w:t>
      </w:r>
      <w:r w:rsidR="00D91592" w:rsidRPr="00D91592">
        <w:rPr>
          <w:spacing w:val="-1"/>
          <w:lang w:val="ru-RU"/>
        </w:rPr>
        <w:t xml:space="preserve"> </w:t>
      </w:r>
      <w:r w:rsidR="00D91592" w:rsidRPr="00D91592">
        <w:rPr>
          <w:lang w:val="ru-RU"/>
        </w:rPr>
        <w:t>Зуева</w:t>
      </w:r>
      <w:r w:rsidR="00D91592" w:rsidRPr="00D91592">
        <w:rPr>
          <w:spacing w:val="-1"/>
          <w:lang w:val="ru-RU"/>
        </w:rPr>
        <w:t xml:space="preserve"> </w:t>
      </w:r>
      <w:r w:rsidR="00D91592" w:rsidRPr="00D91592">
        <w:rPr>
          <w:lang w:val="ru-RU"/>
        </w:rPr>
        <w:t xml:space="preserve">Т. </w:t>
      </w:r>
      <w:proofErr w:type="spellStart"/>
      <w:r w:rsidR="00D91592" w:rsidRPr="00D91592">
        <w:rPr>
          <w:lang w:val="ru-RU"/>
        </w:rPr>
        <w:t>П.е</w:t>
      </w:r>
      <w:proofErr w:type="spellEnd"/>
      <w:r w:rsidR="00D91592" w:rsidRPr="00D91592">
        <w:rPr>
          <w:spacing w:val="-1"/>
          <w:lang w:val="ru-RU"/>
        </w:rPr>
        <w:t xml:space="preserve"> </w:t>
      </w:r>
      <w:r w:rsidR="00D91592" w:rsidRPr="00D91592">
        <w:rPr>
          <w:lang w:val="ru-RU"/>
        </w:rPr>
        <w:t>свой</w:t>
      </w:r>
      <w:r w:rsidR="00D91592" w:rsidRPr="00D91592">
        <w:rPr>
          <w:spacing w:val="-1"/>
          <w:lang w:val="ru-RU"/>
        </w:rPr>
        <w:t xml:space="preserve"> </w:t>
      </w:r>
      <w:r w:rsidR="00D91592" w:rsidRPr="00D91592">
        <w:rPr>
          <w:lang w:val="ru-RU"/>
        </w:rPr>
        <w:t>вариант:</w:t>
      </w:r>
    </w:p>
    <w:p w:rsidR="00D91592" w:rsidRPr="00D91592" w:rsidRDefault="00D91592" w:rsidP="00D91592">
      <w:pPr>
        <w:pStyle w:val="1"/>
        <w:spacing w:before="191"/>
        <w:ind w:left="106"/>
        <w:rPr>
          <w:color w:val="auto"/>
          <w:lang w:val="ru-RU"/>
        </w:rPr>
      </w:pPr>
      <w:r w:rsidRPr="00D91592">
        <w:rPr>
          <w:color w:val="auto"/>
          <w:lang w:val="ru-RU"/>
        </w:rPr>
        <w:t>МЕТОДИЧЕСКИЕ</w:t>
      </w:r>
      <w:r w:rsidRPr="00D91592">
        <w:rPr>
          <w:color w:val="auto"/>
          <w:spacing w:val="-8"/>
          <w:lang w:val="ru-RU"/>
        </w:rPr>
        <w:t xml:space="preserve"> </w:t>
      </w:r>
      <w:r w:rsidRPr="00D91592">
        <w:rPr>
          <w:color w:val="auto"/>
          <w:lang w:val="ru-RU"/>
        </w:rPr>
        <w:t>МАТЕРИАЛЫ</w:t>
      </w:r>
      <w:r w:rsidRPr="00D91592">
        <w:rPr>
          <w:color w:val="auto"/>
          <w:spacing w:val="-7"/>
          <w:lang w:val="ru-RU"/>
        </w:rPr>
        <w:t xml:space="preserve"> </w:t>
      </w:r>
      <w:r w:rsidRPr="00D91592">
        <w:rPr>
          <w:color w:val="auto"/>
          <w:lang w:val="ru-RU"/>
        </w:rPr>
        <w:t>ДЛЯ</w:t>
      </w:r>
      <w:r w:rsidRPr="00D91592">
        <w:rPr>
          <w:color w:val="auto"/>
          <w:spacing w:val="-7"/>
          <w:lang w:val="ru-RU"/>
        </w:rPr>
        <w:t xml:space="preserve"> </w:t>
      </w:r>
      <w:r w:rsidRPr="00D91592">
        <w:rPr>
          <w:color w:val="auto"/>
          <w:lang w:val="ru-RU"/>
        </w:rPr>
        <w:t>УЧИТЕЛЯ</w:t>
      </w:r>
    </w:p>
    <w:p w:rsidR="00D91592" w:rsidRPr="00D91592" w:rsidRDefault="00D91592" w:rsidP="00D91592">
      <w:pPr>
        <w:pStyle w:val="af"/>
        <w:spacing w:before="156"/>
        <w:rPr>
          <w:lang w:val="ru-RU"/>
        </w:rPr>
      </w:pPr>
      <w:r w:rsidRPr="00D91592">
        <w:rPr>
          <w:lang w:val="ru-RU"/>
        </w:rPr>
        <w:t>Технология.</w:t>
      </w:r>
      <w:r w:rsidRPr="00D91592">
        <w:rPr>
          <w:spacing w:val="-3"/>
          <w:lang w:val="ru-RU"/>
        </w:rPr>
        <w:t xml:space="preserve"> </w:t>
      </w:r>
      <w:r w:rsidRPr="00D91592">
        <w:rPr>
          <w:lang w:val="ru-RU"/>
        </w:rPr>
        <w:t>Рабочие</w:t>
      </w:r>
      <w:r w:rsidRPr="00D91592">
        <w:rPr>
          <w:spacing w:val="-2"/>
          <w:lang w:val="ru-RU"/>
        </w:rPr>
        <w:t xml:space="preserve"> </w:t>
      </w:r>
      <w:r w:rsidRPr="00D91592">
        <w:rPr>
          <w:lang w:val="ru-RU"/>
        </w:rPr>
        <w:t>программы.</w:t>
      </w:r>
      <w:r w:rsidRPr="00D91592">
        <w:rPr>
          <w:spacing w:val="-2"/>
          <w:lang w:val="ru-RU"/>
        </w:rPr>
        <w:t xml:space="preserve"> </w:t>
      </w:r>
      <w:r w:rsidRPr="00D91592">
        <w:rPr>
          <w:lang w:val="ru-RU"/>
        </w:rPr>
        <w:t>1—4</w:t>
      </w:r>
      <w:r w:rsidRPr="00D91592">
        <w:rPr>
          <w:spacing w:val="-2"/>
          <w:lang w:val="ru-RU"/>
        </w:rPr>
        <w:t xml:space="preserve"> </w:t>
      </w:r>
      <w:r w:rsidRPr="00D91592">
        <w:rPr>
          <w:lang w:val="ru-RU"/>
        </w:rPr>
        <w:t>классы</w:t>
      </w:r>
      <w:r w:rsidRPr="00D91592">
        <w:rPr>
          <w:spacing w:val="-2"/>
          <w:lang w:val="ru-RU"/>
        </w:rPr>
        <w:t xml:space="preserve"> </w:t>
      </w:r>
      <w:proofErr w:type="spellStart"/>
      <w:r w:rsidRPr="00D91592">
        <w:rPr>
          <w:lang w:val="ru-RU"/>
        </w:rPr>
        <w:t>Лутцева</w:t>
      </w:r>
      <w:proofErr w:type="spellEnd"/>
      <w:r w:rsidRPr="00D91592">
        <w:rPr>
          <w:spacing w:val="-2"/>
          <w:lang w:val="ru-RU"/>
        </w:rPr>
        <w:t xml:space="preserve"> </w:t>
      </w:r>
      <w:r w:rsidRPr="00D91592">
        <w:rPr>
          <w:lang w:val="ru-RU"/>
        </w:rPr>
        <w:t>Е.</w:t>
      </w:r>
      <w:r w:rsidRPr="00D91592">
        <w:rPr>
          <w:spacing w:val="-2"/>
          <w:lang w:val="ru-RU"/>
        </w:rPr>
        <w:t xml:space="preserve"> </w:t>
      </w:r>
      <w:r w:rsidRPr="00D91592">
        <w:rPr>
          <w:lang w:val="ru-RU"/>
        </w:rPr>
        <w:t>А.,</w:t>
      </w:r>
      <w:r w:rsidRPr="00D91592">
        <w:rPr>
          <w:spacing w:val="-2"/>
          <w:lang w:val="ru-RU"/>
        </w:rPr>
        <w:t xml:space="preserve"> </w:t>
      </w:r>
      <w:r w:rsidRPr="00D91592">
        <w:rPr>
          <w:lang w:val="ru-RU"/>
        </w:rPr>
        <w:t>Зуева</w:t>
      </w:r>
      <w:r w:rsidRPr="00D91592">
        <w:rPr>
          <w:spacing w:val="-3"/>
          <w:lang w:val="ru-RU"/>
        </w:rPr>
        <w:t xml:space="preserve"> </w:t>
      </w:r>
      <w:r w:rsidRPr="00D91592">
        <w:rPr>
          <w:lang w:val="ru-RU"/>
        </w:rPr>
        <w:t>Т.</w:t>
      </w:r>
      <w:r w:rsidRPr="00D91592">
        <w:rPr>
          <w:spacing w:val="-2"/>
          <w:lang w:val="ru-RU"/>
        </w:rPr>
        <w:t xml:space="preserve"> </w:t>
      </w:r>
      <w:r w:rsidRPr="00D91592">
        <w:rPr>
          <w:lang w:val="ru-RU"/>
        </w:rPr>
        <w:t>П</w:t>
      </w:r>
    </w:p>
    <w:p w:rsidR="00D91592" w:rsidRPr="00D91592" w:rsidRDefault="00D91592" w:rsidP="00D91592">
      <w:pPr>
        <w:pStyle w:val="af"/>
        <w:spacing w:before="10"/>
        <w:rPr>
          <w:sz w:val="21"/>
          <w:lang w:val="ru-RU"/>
        </w:rPr>
      </w:pPr>
    </w:p>
    <w:p w:rsidR="00D91592" w:rsidRPr="00D91592" w:rsidRDefault="00D91592" w:rsidP="00D91592">
      <w:pPr>
        <w:pStyle w:val="1"/>
        <w:spacing w:before="1"/>
        <w:ind w:left="106"/>
        <w:rPr>
          <w:color w:val="auto"/>
          <w:lang w:val="ru-RU"/>
        </w:rPr>
      </w:pPr>
      <w:r w:rsidRPr="00D91592">
        <w:rPr>
          <w:color w:val="auto"/>
          <w:lang w:val="ru-RU"/>
        </w:rPr>
        <w:t>ЦИФРОВЫЕ</w:t>
      </w:r>
      <w:r w:rsidRPr="00D91592">
        <w:rPr>
          <w:color w:val="auto"/>
          <w:spacing w:val="-7"/>
          <w:lang w:val="ru-RU"/>
        </w:rPr>
        <w:t xml:space="preserve"> </w:t>
      </w:r>
      <w:r w:rsidRPr="00D91592">
        <w:rPr>
          <w:color w:val="auto"/>
          <w:lang w:val="ru-RU"/>
        </w:rPr>
        <w:t>ОБРАЗОВАТЕЛЬНЫЕ</w:t>
      </w:r>
      <w:r w:rsidRPr="00D91592">
        <w:rPr>
          <w:color w:val="auto"/>
          <w:spacing w:val="-7"/>
          <w:lang w:val="ru-RU"/>
        </w:rPr>
        <w:t xml:space="preserve"> </w:t>
      </w:r>
      <w:r w:rsidRPr="00D91592">
        <w:rPr>
          <w:color w:val="auto"/>
          <w:lang w:val="ru-RU"/>
        </w:rPr>
        <w:t>РЕСУРСЫ</w:t>
      </w:r>
      <w:r w:rsidRPr="00D91592">
        <w:rPr>
          <w:color w:val="auto"/>
          <w:spacing w:val="-7"/>
          <w:lang w:val="ru-RU"/>
        </w:rPr>
        <w:t xml:space="preserve"> </w:t>
      </w:r>
      <w:r w:rsidRPr="00D91592">
        <w:rPr>
          <w:color w:val="auto"/>
          <w:lang w:val="ru-RU"/>
        </w:rPr>
        <w:t>И</w:t>
      </w:r>
      <w:r w:rsidRPr="00D91592">
        <w:rPr>
          <w:color w:val="auto"/>
          <w:spacing w:val="-7"/>
          <w:lang w:val="ru-RU"/>
        </w:rPr>
        <w:t xml:space="preserve"> </w:t>
      </w:r>
      <w:r w:rsidRPr="00D91592">
        <w:rPr>
          <w:color w:val="auto"/>
          <w:lang w:val="ru-RU"/>
        </w:rPr>
        <w:t>РЕСУРСЫ</w:t>
      </w:r>
      <w:r w:rsidRPr="00D91592">
        <w:rPr>
          <w:color w:val="auto"/>
          <w:spacing w:val="-7"/>
          <w:lang w:val="ru-RU"/>
        </w:rPr>
        <w:t xml:space="preserve"> </w:t>
      </w:r>
      <w:r w:rsidRPr="00D91592">
        <w:rPr>
          <w:color w:val="auto"/>
          <w:lang w:val="ru-RU"/>
        </w:rPr>
        <w:t>СЕТИ</w:t>
      </w:r>
      <w:r w:rsidRPr="00D91592">
        <w:rPr>
          <w:color w:val="auto"/>
          <w:spacing w:val="-7"/>
          <w:lang w:val="ru-RU"/>
        </w:rPr>
        <w:t xml:space="preserve"> </w:t>
      </w:r>
      <w:r w:rsidRPr="00D91592">
        <w:rPr>
          <w:color w:val="auto"/>
          <w:lang w:val="ru-RU"/>
        </w:rPr>
        <w:t>ИНТЕРНЕТ</w:t>
      </w:r>
    </w:p>
    <w:p w:rsidR="00D91592" w:rsidRPr="00D91592" w:rsidRDefault="00681448" w:rsidP="00D91592">
      <w:pPr>
        <w:pStyle w:val="af"/>
        <w:spacing w:before="156" w:line="292" w:lineRule="auto"/>
        <w:ind w:right="5676"/>
        <w:rPr>
          <w:lang w:val="ru-RU"/>
        </w:rPr>
      </w:pPr>
      <w:hyperlink r:id="rId103">
        <w:r w:rsidR="00D91592">
          <w:t>http</w:t>
        </w:r>
        <w:r w:rsidR="00D91592" w:rsidRPr="00D91592">
          <w:rPr>
            <w:lang w:val="ru-RU"/>
          </w:rPr>
          <w:t>://</w:t>
        </w:r>
        <w:r w:rsidR="00D91592">
          <w:t>www</w:t>
        </w:r>
        <w:r w:rsidR="00D91592" w:rsidRPr="00D91592">
          <w:rPr>
            <w:lang w:val="ru-RU"/>
          </w:rPr>
          <w:t>.</w:t>
        </w:r>
        <w:r w:rsidR="00D91592">
          <w:t>it</w:t>
        </w:r>
        <w:r w:rsidR="00D91592" w:rsidRPr="00D91592">
          <w:rPr>
            <w:lang w:val="ru-RU"/>
          </w:rPr>
          <w:t>-</w:t>
        </w:r>
        <w:r w:rsidR="00D91592">
          <w:t>n</w:t>
        </w:r>
        <w:r w:rsidR="00D91592" w:rsidRPr="00D91592">
          <w:rPr>
            <w:lang w:val="ru-RU"/>
          </w:rPr>
          <w:t>.</w:t>
        </w:r>
        <w:r w:rsidR="00D91592">
          <w:t>ru</w:t>
        </w:r>
        <w:r w:rsidR="00D91592" w:rsidRPr="00D91592">
          <w:rPr>
            <w:lang w:val="ru-RU"/>
          </w:rPr>
          <w:t xml:space="preserve">/ </w:t>
        </w:r>
      </w:hyperlink>
      <w:r w:rsidR="00D91592" w:rsidRPr="00D91592">
        <w:rPr>
          <w:lang w:val="ru-RU"/>
        </w:rPr>
        <w:t>– Сеть творческих учителей</w:t>
      </w:r>
      <w:r w:rsidR="00D91592" w:rsidRPr="00D91592">
        <w:rPr>
          <w:spacing w:val="1"/>
          <w:lang w:val="ru-RU"/>
        </w:rPr>
        <w:t xml:space="preserve"> </w:t>
      </w:r>
      <w:hyperlink r:id="rId104">
        <w:r w:rsidR="00D91592">
          <w:t>http</w:t>
        </w:r>
        <w:r w:rsidR="00D91592" w:rsidRPr="00D91592">
          <w:rPr>
            <w:lang w:val="ru-RU"/>
          </w:rPr>
          <w:t>://</w:t>
        </w:r>
        <w:r w:rsidR="00D91592">
          <w:t>www</w:t>
        </w:r>
        <w:r w:rsidR="00D91592" w:rsidRPr="00D91592">
          <w:rPr>
            <w:lang w:val="ru-RU"/>
          </w:rPr>
          <w:t>.</w:t>
        </w:r>
        <w:r w:rsidR="00D91592">
          <w:t>inter</w:t>
        </w:r>
        <w:r w:rsidR="00D91592" w:rsidRPr="00D91592">
          <w:rPr>
            <w:lang w:val="ru-RU"/>
          </w:rPr>
          <w:t>-</w:t>
        </w:r>
        <w:r w:rsidR="00D91592">
          <w:t>pedagogika</w:t>
        </w:r>
        <w:r w:rsidR="00D91592" w:rsidRPr="00D91592">
          <w:rPr>
            <w:lang w:val="ru-RU"/>
          </w:rPr>
          <w:t>.</w:t>
        </w:r>
        <w:r w:rsidR="00D91592">
          <w:t>ru</w:t>
        </w:r>
        <w:r w:rsidR="00D91592" w:rsidRPr="00D91592">
          <w:rPr>
            <w:lang w:val="ru-RU"/>
          </w:rPr>
          <w:t>/</w:t>
        </w:r>
        <w:r w:rsidR="00D91592" w:rsidRPr="00D91592">
          <w:rPr>
            <w:spacing w:val="-12"/>
            <w:lang w:val="ru-RU"/>
          </w:rPr>
          <w:t xml:space="preserve"> </w:t>
        </w:r>
      </w:hyperlink>
      <w:r w:rsidR="00D91592" w:rsidRPr="00D91592">
        <w:rPr>
          <w:lang w:val="ru-RU"/>
        </w:rPr>
        <w:t>–</w:t>
      </w:r>
      <w:r w:rsidR="00D91592" w:rsidRPr="00D91592">
        <w:rPr>
          <w:spacing w:val="-11"/>
          <w:lang w:val="ru-RU"/>
        </w:rPr>
        <w:t xml:space="preserve"> </w:t>
      </w:r>
      <w:r w:rsidR="00D91592">
        <w:t>inter</w:t>
      </w:r>
      <w:r w:rsidR="00D91592" w:rsidRPr="00D91592">
        <w:rPr>
          <w:lang w:val="ru-RU"/>
        </w:rPr>
        <w:t>-педагогика</w:t>
      </w:r>
    </w:p>
    <w:p w:rsidR="00D91592" w:rsidRPr="00D91592" w:rsidRDefault="00681448" w:rsidP="00D91592">
      <w:pPr>
        <w:pStyle w:val="af"/>
        <w:spacing w:line="275" w:lineRule="exact"/>
        <w:rPr>
          <w:lang w:val="ru-RU"/>
        </w:rPr>
      </w:pPr>
      <w:hyperlink r:id="rId105">
        <w:r w:rsidR="00D91592">
          <w:t>http</w:t>
        </w:r>
        <w:r w:rsidR="00D91592" w:rsidRPr="00D91592">
          <w:rPr>
            <w:lang w:val="ru-RU"/>
          </w:rPr>
          <w:t>://</w:t>
        </w:r>
        <w:r w:rsidR="00D91592">
          <w:t>www</w:t>
        </w:r>
        <w:r w:rsidR="00D91592" w:rsidRPr="00D91592">
          <w:rPr>
            <w:lang w:val="ru-RU"/>
          </w:rPr>
          <w:t>.</w:t>
        </w:r>
        <w:proofErr w:type="spellStart"/>
        <w:r w:rsidR="00D91592">
          <w:t>debryansk</w:t>
        </w:r>
        <w:proofErr w:type="spellEnd"/>
        <w:r w:rsidR="00D91592" w:rsidRPr="00D91592">
          <w:rPr>
            <w:lang w:val="ru-RU"/>
          </w:rPr>
          <w:t>.</w:t>
        </w:r>
        <w:proofErr w:type="spellStart"/>
        <w:r w:rsidR="00D91592">
          <w:t>ru</w:t>
        </w:r>
        <w:proofErr w:type="spellEnd"/>
        <w:r w:rsidR="00D91592" w:rsidRPr="00D91592">
          <w:rPr>
            <w:lang w:val="ru-RU"/>
          </w:rPr>
          <w:t>/~</w:t>
        </w:r>
        <w:proofErr w:type="spellStart"/>
        <w:r w:rsidR="00D91592">
          <w:t>lpsch</w:t>
        </w:r>
        <w:proofErr w:type="spellEnd"/>
        <w:r w:rsidR="00D91592" w:rsidRPr="00D91592">
          <w:rPr>
            <w:lang w:val="ru-RU"/>
          </w:rPr>
          <w:t>/</w:t>
        </w:r>
        <w:r w:rsidR="00D91592" w:rsidRPr="00D91592">
          <w:rPr>
            <w:spacing w:val="-9"/>
            <w:lang w:val="ru-RU"/>
          </w:rPr>
          <w:t xml:space="preserve"> </w:t>
        </w:r>
      </w:hyperlink>
      <w:r w:rsidR="00D91592" w:rsidRPr="00D91592">
        <w:rPr>
          <w:lang w:val="ru-RU"/>
        </w:rPr>
        <w:t>–</w:t>
      </w:r>
      <w:r w:rsidR="00D91592" w:rsidRPr="00D91592">
        <w:rPr>
          <w:spacing w:val="-7"/>
          <w:lang w:val="ru-RU"/>
        </w:rPr>
        <w:t xml:space="preserve"> </w:t>
      </w:r>
      <w:r w:rsidR="00D91592" w:rsidRPr="00D91592">
        <w:rPr>
          <w:lang w:val="ru-RU"/>
        </w:rPr>
        <w:t>Информационно-методический</w:t>
      </w:r>
      <w:r w:rsidR="00D91592" w:rsidRPr="00D91592">
        <w:rPr>
          <w:spacing w:val="-7"/>
          <w:lang w:val="ru-RU"/>
        </w:rPr>
        <w:t xml:space="preserve"> </w:t>
      </w:r>
      <w:r w:rsidR="00D91592" w:rsidRPr="00D91592">
        <w:rPr>
          <w:lang w:val="ru-RU"/>
        </w:rPr>
        <w:t>сайт</w:t>
      </w:r>
    </w:p>
    <w:p w:rsidR="00D91592" w:rsidRPr="00D91592" w:rsidRDefault="00681448" w:rsidP="00D91592">
      <w:pPr>
        <w:pStyle w:val="af"/>
        <w:spacing w:before="60" w:line="292" w:lineRule="auto"/>
        <w:rPr>
          <w:lang w:val="ru-RU"/>
        </w:rPr>
      </w:pPr>
      <w:hyperlink r:id="rId106">
        <w:r w:rsidR="00D91592">
          <w:t>http</w:t>
        </w:r>
        <w:r w:rsidR="00D91592" w:rsidRPr="00D91592">
          <w:rPr>
            <w:lang w:val="ru-RU"/>
          </w:rPr>
          <w:t>://</w:t>
        </w:r>
        <w:r w:rsidR="00D91592">
          <w:t>lib</w:t>
        </w:r>
        <w:r w:rsidR="00D91592" w:rsidRPr="00D91592">
          <w:rPr>
            <w:lang w:val="ru-RU"/>
          </w:rPr>
          <w:t>.</w:t>
        </w:r>
        <w:r w:rsidR="00D91592">
          <w:t>homelinux</w:t>
        </w:r>
        <w:r w:rsidR="00D91592" w:rsidRPr="00D91592">
          <w:rPr>
            <w:lang w:val="ru-RU"/>
          </w:rPr>
          <w:t>.</w:t>
        </w:r>
        <w:r w:rsidR="00D91592">
          <w:t>org</w:t>
        </w:r>
        <w:r w:rsidR="00D91592" w:rsidRPr="00D91592">
          <w:rPr>
            <w:lang w:val="ru-RU"/>
          </w:rPr>
          <w:t xml:space="preserve">/ </w:t>
        </w:r>
      </w:hyperlink>
      <w:r w:rsidR="00D91592" w:rsidRPr="00D91592">
        <w:rPr>
          <w:lang w:val="ru-RU"/>
        </w:rPr>
        <w:t xml:space="preserve">– огромное количество книг по различным предметам в формате </w:t>
      </w:r>
      <w:proofErr w:type="spellStart"/>
      <w:r w:rsidR="00D91592">
        <w:t>Djvu</w:t>
      </w:r>
      <w:proofErr w:type="spellEnd"/>
      <w:r w:rsidR="00D91592" w:rsidRPr="00D91592">
        <w:rPr>
          <w:spacing w:val="1"/>
          <w:lang w:val="ru-RU"/>
        </w:rPr>
        <w:t xml:space="preserve"> </w:t>
      </w:r>
      <w:hyperlink r:id="rId107">
        <w:r w:rsidR="00D91592">
          <w:t>http</w:t>
        </w:r>
        <w:r w:rsidR="00D91592" w:rsidRPr="00D91592">
          <w:rPr>
            <w:lang w:val="ru-RU"/>
          </w:rPr>
          <w:t>://</w:t>
        </w:r>
        <w:r w:rsidR="00D91592">
          <w:t>iearn</w:t>
        </w:r>
        <w:r w:rsidR="00D91592" w:rsidRPr="00D91592">
          <w:rPr>
            <w:lang w:val="ru-RU"/>
          </w:rPr>
          <w:t>.</w:t>
        </w:r>
        <w:r w:rsidR="00D91592">
          <w:t>spb</w:t>
        </w:r>
        <w:r w:rsidR="00D91592" w:rsidRPr="00D91592">
          <w:rPr>
            <w:lang w:val="ru-RU"/>
          </w:rPr>
          <w:t>.</w:t>
        </w:r>
        <w:r w:rsidR="00D91592">
          <w:t>ru</w:t>
        </w:r>
        <w:r w:rsidR="00D91592" w:rsidRPr="00D91592">
          <w:rPr>
            <w:spacing w:val="-5"/>
            <w:lang w:val="ru-RU"/>
          </w:rPr>
          <w:t xml:space="preserve"> </w:t>
        </w:r>
      </w:hyperlink>
      <w:r w:rsidR="00D91592" w:rsidRPr="00D91592">
        <w:rPr>
          <w:lang w:val="ru-RU"/>
        </w:rPr>
        <w:t>-</w:t>
      </w:r>
      <w:r w:rsidR="00D91592" w:rsidRPr="00D91592">
        <w:rPr>
          <w:spacing w:val="-6"/>
          <w:lang w:val="ru-RU"/>
        </w:rPr>
        <w:t xml:space="preserve"> </w:t>
      </w:r>
      <w:r w:rsidR="00D91592" w:rsidRPr="00D91592">
        <w:rPr>
          <w:lang w:val="ru-RU"/>
        </w:rPr>
        <w:t>русская</w:t>
      </w:r>
      <w:r w:rsidR="00D91592" w:rsidRPr="00D91592">
        <w:rPr>
          <w:spacing w:val="-6"/>
          <w:lang w:val="ru-RU"/>
        </w:rPr>
        <w:t xml:space="preserve"> </w:t>
      </w:r>
      <w:r w:rsidR="00D91592" w:rsidRPr="00D91592">
        <w:rPr>
          <w:lang w:val="ru-RU"/>
        </w:rPr>
        <w:t>страница</w:t>
      </w:r>
      <w:r w:rsidR="00D91592" w:rsidRPr="00D91592">
        <w:rPr>
          <w:spacing w:val="-5"/>
          <w:lang w:val="ru-RU"/>
        </w:rPr>
        <w:t xml:space="preserve"> </w:t>
      </w:r>
      <w:r w:rsidR="00D91592" w:rsidRPr="00D91592">
        <w:rPr>
          <w:lang w:val="ru-RU"/>
        </w:rPr>
        <w:t>международной</w:t>
      </w:r>
      <w:r w:rsidR="00D91592" w:rsidRPr="00D91592">
        <w:rPr>
          <w:spacing w:val="-5"/>
          <w:lang w:val="ru-RU"/>
        </w:rPr>
        <w:t xml:space="preserve"> </w:t>
      </w:r>
      <w:r w:rsidR="00D91592" w:rsidRPr="00D91592">
        <w:rPr>
          <w:lang w:val="ru-RU"/>
        </w:rPr>
        <w:t>образовательной</w:t>
      </w:r>
      <w:r w:rsidR="00D91592" w:rsidRPr="00D91592">
        <w:rPr>
          <w:spacing w:val="-5"/>
          <w:lang w:val="ru-RU"/>
        </w:rPr>
        <w:t xml:space="preserve"> </w:t>
      </w:r>
      <w:r w:rsidR="00D91592" w:rsidRPr="00D91592">
        <w:rPr>
          <w:lang w:val="ru-RU"/>
        </w:rPr>
        <w:t>сети</w:t>
      </w:r>
      <w:r w:rsidR="00D91592" w:rsidRPr="00D91592">
        <w:rPr>
          <w:spacing w:val="-5"/>
          <w:lang w:val="ru-RU"/>
        </w:rPr>
        <w:t xml:space="preserve"> </w:t>
      </w:r>
      <w:r w:rsidR="00D91592" w:rsidRPr="00D91592">
        <w:rPr>
          <w:lang w:val="ru-RU"/>
        </w:rPr>
        <w:t>1*ЕАКМ</w:t>
      </w:r>
      <w:r w:rsidR="00D91592" w:rsidRPr="00D91592">
        <w:rPr>
          <w:spacing w:val="-4"/>
          <w:lang w:val="ru-RU"/>
        </w:rPr>
        <w:t xml:space="preserve"> </w:t>
      </w:r>
      <w:r w:rsidR="00D91592" w:rsidRPr="00D91592">
        <w:rPr>
          <w:lang w:val="ru-RU"/>
        </w:rPr>
        <w:t>(десятки</w:t>
      </w:r>
      <w:r w:rsidR="00D91592" w:rsidRPr="00D91592">
        <w:rPr>
          <w:spacing w:val="-5"/>
          <w:lang w:val="ru-RU"/>
        </w:rPr>
        <w:t xml:space="preserve"> </w:t>
      </w:r>
      <w:r w:rsidR="00D91592" w:rsidRPr="00D91592">
        <w:rPr>
          <w:lang w:val="ru-RU"/>
        </w:rPr>
        <w:t>стран</w:t>
      </w:r>
      <w:r w:rsidR="00D91592" w:rsidRPr="00D91592">
        <w:rPr>
          <w:spacing w:val="-57"/>
          <w:lang w:val="ru-RU"/>
        </w:rPr>
        <w:t xml:space="preserve"> </w:t>
      </w:r>
      <w:r w:rsidR="00D91592" w:rsidRPr="00D91592">
        <w:rPr>
          <w:lang w:val="ru-RU"/>
        </w:rPr>
        <w:t>участвуют</w:t>
      </w:r>
      <w:r w:rsidR="00D91592" w:rsidRPr="00D91592">
        <w:rPr>
          <w:spacing w:val="-2"/>
          <w:lang w:val="ru-RU"/>
        </w:rPr>
        <w:t xml:space="preserve"> </w:t>
      </w:r>
      <w:r w:rsidR="00D91592" w:rsidRPr="00D91592">
        <w:rPr>
          <w:lang w:val="ru-RU"/>
        </w:rPr>
        <w:t>в</w:t>
      </w:r>
      <w:r w:rsidR="00D91592" w:rsidRPr="00D91592">
        <w:rPr>
          <w:spacing w:val="-1"/>
          <w:lang w:val="ru-RU"/>
        </w:rPr>
        <w:t xml:space="preserve"> </w:t>
      </w:r>
      <w:r w:rsidR="00D91592" w:rsidRPr="00D91592">
        <w:rPr>
          <w:lang w:val="ru-RU"/>
        </w:rPr>
        <w:t>международных проектах)</w:t>
      </w:r>
    </w:p>
    <w:p w:rsidR="00D91592" w:rsidRDefault="00681448" w:rsidP="00D91592">
      <w:pPr>
        <w:spacing w:line="292" w:lineRule="auto"/>
        <w:rPr>
          <w:rFonts w:ascii="Times New Roman" w:eastAsia="Times New Roman" w:hAnsi="Times New Roman"/>
          <w:color w:val="000000"/>
          <w:sz w:val="24"/>
          <w:lang w:val="ru-RU"/>
        </w:rPr>
      </w:pPr>
      <w:hyperlink r:id="rId108" w:history="1">
        <w:r w:rsidR="00D91592" w:rsidRPr="000C2589">
          <w:rPr>
            <w:rStyle w:val="aff8"/>
            <w:rFonts w:ascii="Times New Roman" w:eastAsia="Times New Roman" w:hAnsi="Times New Roman"/>
            <w:sz w:val="24"/>
          </w:rPr>
          <w:t>https</w:t>
        </w:r>
        <w:r w:rsidR="00D91592" w:rsidRPr="000C2589">
          <w:rPr>
            <w:rStyle w:val="aff8"/>
            <w:rFonts w:ascii="Times New Roman" w:eastAsia="Times New Roman" w:hAnsi="Times New Roman"/>
            <w:sz w:val="24"/>
            <w:lang w:val="ru-RU"/>
          </w:rPr>
          <w:t>://</w:t>
        </w:r>
        <w:proofErr w:type="spellStart"/>
        <w:r w:rsidR="00D91592" w:rsidRPr="000C2589">
          <w:rPr>
            <w:rStyle w:val="aff8"/>
            <w:rFonts w:ascii="Times New Roman" w:eastAsia="Times New Roman" w:hAnsi="Times New Roman"/>
            <w:sz w:val="24"/>
          </w:rPr>
          <w:t>resh</w:t>
        </w:r>
        <w:proofErr w:type="spellEnd"/>
        <w:r w:rsidR="00D91592" w:rsidRPr="000C2589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proofErr w:type="spellStart"/>
        <w:r w:rsidR="00D91592" w:rsidRPr="000C2589">
          <w:rPr>
            <w:rStyle w:val="aff8"/>
            <w:rFonts w:ascii="Times New Roman" w:eastAsia="Times New Roman" w:hAnsi="Times New Roman"/>
            <w:sz w:val="24"/>
          </w:rPr>
          <w:t>edu</w:t>
        </w:r>
        <w:proofErr w:type="spellEnd"/>
        <w:r w:rsidR="00D91592" w:rsidRPr="000C2589">
          <w:rPr>
            <w:rStyle w:val="aff8"/>
            <w:rFonts w:ascii="Times New Roman" w:eastAsia="Times New Roman" w:hAnsi="Times New Roman"/>
            <w:sz w:val="24"/>
            <w:lang w:val="ru-RU"/>
          </w:rPr>
          <w:t>.</w:t>
        </w:r>
        <w:proofErr w:type="spellStart"/>
        <w:r w:rsidR="00D91592" w:rsidRPr="000C2589">
          <w:rPr>
            <w:rStyle w:val="aff8"/>
            <w:rFonts w:ascii="Times New Roman" w:eastAsia="Times New Roman" w:hAnsi="Times New Roman"/>
            <w:sz w:val="24"/>
          </w:rPr>
          <w:t>ru</w:t>
        </w:r>
        <w:proofErr w:type="spellEnd"/>
        <w:r w:rsidR="00D91592" w:rsidRPr="000C2589">
          <w:rPr>
            <w:rStyle w:val="aff8"/>
            <w:rFonts w:ascii="Times New Roman" w:eastAsia="Times New Roman" w:hAnsi="Times New Roman"/>
            <w:sz w:val="24"/>
            <w:lang w:val="ru-RU"/>
          </w:rPr>
          <w:t>/</w:t>
        </w:r>
        <w:r w:rsidR="00D91592" w:rsidRPr="000C2589">
          <w:rPr>
            <w:rStyle w:val="aff8"/>
            <w:rFonts w:ascii="Times New Roman" w:eastAsia="Times New Roman" w:hAnsi="Times New Roman"/>
            <w:sz w:val="24"/>
          </w:rPr>
          <w:t>subject</w:t>
        </w:r>
        <w:r w:rsidR="00D91592" w:rsidRPr="000C2589">
          <w:rPr>
            <w:rStyle w:val="aff8"/>
            <w:rFonts w:ascii="Times New Roman" w:eastAsia="Times New Roman" w:hAnsi="Times New Roman"/>
            <w:sz w:val="24"/>
            <w:lang w:val="ru-RU"/>
          </w:rPr>
          <w:t>/8/2/</w:t>
        </w:r>
      </w:hyperlink>
    </w:p>
    <w:p w:rsidR="00D91592" w:rsidRPr="00D91592" w:rsidRDefault="00D91592" w:rsidP="00D91592">
      <w:pPr>
        <w:spacing w:line="292" w:lineRule="auto"/>
        <w:rPr>
          <w:rFonts w:ascii="Times New Roman" w:eastAsia="Times New Roman" w:hAnsi="Times New Roman"/>
          <w:sz w:val="24"/>
          <w:lang w:val="ru-RU"/>
        </w:rPr>
      </w:pPr>
    </w:p>
    <w:p w:rsidR="00D91592" w:rsidRPr="00D91592" w:rsidRDefault="00D91592" w:rsidP="00D91592">
      <w:pPr>
        <w:spacing w:line="292" w:lineRule="auto"/>
        <w:rPr>
          <w:lang w:val="ru-RU"/>
        </w:rPr>
      </w:pPr>
      <w:r w:rsidRPr="00D91592"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9880AAE" wp14:editId="530E98CA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B028E9" id="Прямоугольник 1" o:spid="_x0000_s1026" style="position:absolute;margin-left:33.3pt;margin-top:22.9pt;width:528.15pt;height: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 w:rsidRPr="00D91592">
        <w:rPr>
          <w:lang w:val="ru-RU"/>
        </w:rPr>
        <w:t>МАТЕРИАЛЬНО-ТЕХНИЧЕСКОЕ</w:t>
      </w:r>
      <w:r w:rsidRPr="00D91592">
        <w:rPr>
          <w:spacing w:val="-14"/>
          <w:lang w:val="ru-RU"/>
        </w:rPr>
        <w:t xml:space="preserve"> </w:t>
      </w:r>
      <w:r w:rsidRPr="00D91592">
        <w:rPr>
          <w:lang w:val="ru-RU"/>
        </w:rPr>
        <w:t>ОБЕСПЕЧЕНИЕ</w:t>
      </w:r>
      <w:r w:rsidRPr="00D91592">
        <w:rPr>
          <w:spacing w:val="-13"/>
          <w:lang w:val="ru-RU"/>
        </w:rPr>
        <w:t xml:space="preserve"> </w:t>
      </w:r>
      <w:r w:rsidRPr="00D91592">
        <w:rPr>
          <w:lang w:val="ru-RU"/>
        </w:rPr>
        <w:t>ОБРАЗОВАТЕЛЬНОГО</w:t>
      </w:r>
      <w:r w:rsidRPr="00D91592">
        <w:rPr>
          <w:spacing w:val="-14"/>
          <w:lang w:val="ru-RU"/>
        </w:rPr>
        <w:t xml:space="preserve"> </w:t>
      </w:r>
      <w:r w:rsidRPr="00D91592">
        <w:rPr>
          <w:lang w:val="ru-RU"/>
        </w:rPr>
        <w:t>ПРОЦЕССА</w:t>
      </w:r>
    </w:p>
    <w:p w:rsidR="00D91592" w:rsidRPr="00D91592" w:rsidRDefault="00D91592" w:rsidP="00D91592">
      <w:pPr>
        <w:spacing w:before="179"/>
        <w:ind w:left="106"/>
        <w:rPr>
          <w:b/>
          <w:sz w:val="24"/>
          <w:lang w:val="ru-RU"/>
        </w:rPr>
      </w:pPr>
      <w:r w:rsidRPr="00D91592">
        <w:rPr>
          <w:b/>
          <w:sz w:val="24"/>
          <w:lang w:val="ru-RU"/>
        </w:rPr>
        <w:t>УЧЕБНОЕ</w:t>
      </w:r>
      <w:r w:rsidRPr="00D91592">
        <w:rPr>
          <w:b/>
          <w:spacing w:val="-9"/>
          <w:sz w:val="24"/>
          <w:lang w:val="ru-RU"/>
        </w:rPr>
        <w:t xml:space="preserve"> </w:t>
      </w:r>
      <w:r w:rsidRPr="00D91592">
        <w:rPr>
          <w:b/>
          <w:sz w:val="24"/>
          <w:lang w:val="ru-RU"/>
        </w:rPr>
        <w:t>ОБОРУДОВАНИЕ</w:t>
      </w:r>
    </w:p>
    <w:p w:rsidR="00D91592" w:rsidRPr="00D91592" w:rsidRDefault="00D91592" w:rsidP="00D91592">
      <w:pPr>
        <w:pStyle w:val="af"/>
        <w:spacing w:before="156" w:line="292" w:lineRule="auto"/>
        <w:ind w:right="134"/>
        <w:rPr>
          <w:lang w:val="ru-RU"/>
        </w:rPr>
      </w:pPr>
      <w:r w:rsidRPr="00D91592">
        <w:rPr>
          <w:lang w:val="ru-RU"/>
        </w:rPr>
        <w:t>Электронные тесты, интерактивные модели, красочные иллюстрации, готовые разработки, тренажеры</w:t>
      </w:r>
      <w:r w:rsidRPr="00D91592">
        <w:rPr>
          <w:spacing w:val="-58"/>
          <w:lang w:val="ru-RU"/>
        </w:rPr>
        <w:t xml:space="preserve"> </w:t>
      </w:r>
      <w:r w:rsidRPr="00D91592">
        <w:rPr>
          <w:lang w:val="ru-RU"/>
        </w:rPr>
        <w:t>и другие учебно-методические материалы, содержащиеся в ресурсах раздела, помогут учителям</w:t>
      </w:r>
      <w:r w:rsidRPr="00D91592">
        <w:rPr>
          <w:spacing w:val="1"/>
          <w:lang w:val="ru-RU"/>
        </w:rPr>
        <w:t xml:space="preserve"> </w:t>
      </w:r>
      <w:r w:rsidRPr="00D91592">
        <w:rPr>
          <w:lang w:val="ru-RU"/>
        </w:rPr>
        <w:t>подготовить и провести интересные, познавательные, яркие занятия, а ученикам — выполнить</w:t>
      </w:r>
      <w:r w:rsidRPr="00D91592">
        <w:rPr>
          <w:spacing w:val="1"/>
          <w:lang w:val="ru-RU"/>
        </w:rPr>
        <w:t xml:space="preserve"> </w:t>
      </w:r>
      <w:r w:rsidRPr="00D91592">
        <w:rPr>
          <w:lang w:val="ru-RU"/>
        </w:rPr>
        <w:t>домашние</w:t>
      </w:r>
      <w:r w:rsidRPr="00D91592">
        <w:rPr>
          <w:spacing w:val="-2"/>
          <w:lang w:val="ru-RU"/>
        </w:rPr>
        <w:t xml:space="preserve"> </w:t>
      </w:r>
      <w:r w:rsidRPr="00D91592">
        <w:rPr>
          <w:lang w:val="ru-RU"/>
        </w:rPr>
        <w:t>задания,</w:t>
      </w:r>
      <w:r w:rsidRPr="00D91592">
        <w:rPr>
          <w:spacing w:val="-1"/>
          <w:lang w:val="ru-RU"/>
        </w:rPr>
        <w:t xml:space="preserve"> </w:t>
      </w:r>
      <w:r w:rsidRPr="00D91592">
        <w:rPr>
          <w:lang w:val="ru-RU"/>
        </w:rPr>
        <w:t>исследовательские</w:t>
      </w:r>
      <w:r w:rsidRPr="00D91592">
        <w:rPr>
          <w:spacing w:val="-1"/>
          <w:lang w:val="ru-RU"/>
        </w:rPr>
        <w:t xml:space="preserve"> </w:t>
      </w:r>
      <w:r w:rsidRPr="00D91592">
        <w:rPr>
          <w:lang w:val="ru-RU"/>
        </w:rPr>
        <w:t>проекты</w:t>
      </w:r>
      <w:r w:rsidRPr="00D91592">
        <w:rPr>
          <w:spacing w:val="-2"/>
          <w:lang w:val="ru-RU"/>
        </w:rPr>
        <w:t xml:space="preserve"> </w:t>
      </w:r>
      <w:r w:rsidRPr="00D91592">
        <w:rPr>
          <w:lang w:val="ru-RU"/>
        </w:rPr>
        <w:t>или</w:t>
      </w:r>
      <w:r w:rsidRPr="00D91592">
        <w:rPr>
          <w:spacing w:val="-1"/>
          <w:lang w:val="ru-RU"/>
        </w:rPr>
        <w:t xml:space="preserve"> </w:t>
      </w:r>
      <w:r w:rsidRPr="00D91592">
        <w:rPr>
          <w:lang w:val="ru-RU"/>
        </w:rPr>
        <w:t>другие</w:t>
      </w:r>
      <w:r w:rsidRPr="00D91592">
        <w:rPr>
          <w:spacing w:val="-1"/>
          <w:lang w:val="ru-RU"/>
        </w:rPr>
        <w:t xml:space="preserve"> </w:t>
      </w:r>
      <w:r w:rsidRPr="00D91592">
        <w:rPr>
          <w:lang w:val="ru-RU"/>
        </w:rPr>
        <w:t>виды</w:t>
      </w:r>
      <w:r w:rsidRPr="00D91592">
        <w:rPr>
          <w:spacing w:val="-2"/>
          <w:lang w:val="ru-RU"/>
        </w:rPr>
        <w:t xml:space="preserve"> </w:t>
      </w:r>
      <w:r w:rsidRPr="00D91592">
        <w:rPr>
          <w:lang w:val="ru-RU"/>
        </w:rPr>
        <w:t>самостоятельных</w:t>
      </w:r>
      <w:r w:rsidRPr="00D91592">
        <w:rPr>
          <w:spacing w:val="-1"/>
          <w:lang w:val="ru-RU"/>
        </w:rPr>
        <w:t xml:space="preserve"> </w:t>
      </w:r>
      <w:r w:rsidRPr="00D91592">
        <w:rPr>
          <w:lang w:val="ru-RU"/>
        </w:rPr>
        <w:t>работ.</w:t>
      </w:r>
    </w:p>
    <w:p w:rsidR="00D91592" w:rsidRPr="00D91592" w:rsidRDefault="00D91592" w:rsidP="00D91592">
      <w:pPr>
        <w:pStyle w:val="af"/>
        <w:spacing w:line="274" w:lineRule="exact"/>
        <w:rPr>
          <w:lang w:val="ru-RU"/>
        </w:rPr>
      </w:pPr>
      <w:r w:rsidRPr="00D91592">
        <w:rPr>
          <w:lang w:val="ru-RU"/>
        </w:rPr>
        <w:t>бумага,</w:t>
      </w:r>
      <w:r w:rsidRPr="00D91592">
        <w:rPr>
          <w:spacing w:val="-4"/>
          <w:lang w:val="ru-RU"/>
        </w:rPr>
        <w:t xml:space="preserve"> </w:t>
      </w:r>
      <w:r w:rsidRPr="00D91592">
        <w:rPr>
          <w:lang w:val="ru-RU"/>
        </w:rPr>
        <w:t>текстиль,</w:t>
      </w:r>
      <w:r w:rsidRPr="00D91592">
        <w:rPr>
          <w:spacing w:val="-3"/>
          <w:lang w:val="ru-RU"/>
        </w:rPr>
        <w:t xml:space="preserve"> </w:t>
      </w:r>
      <w:r w:rsidRPr="00D91592">
        <w:rPr>
          <w:lang w:val="ru-RU"/>
        </w:rPr>
        <w:t>пластилин,</w:t>
      </w:r>
      <w:r w:rsidRPr="00D91592">
        <w:rPr>
          <w:spacing w:val="-4"/>
          <w:lang w:val="ru-RU"/>
        </w:rPr>
        <w:t xml:space="preserve"> </w:t>
      </w:r>
      <w:r w:rsidRPr="00D91592">
        <w:rPr>
          <w:lang w:val="ru-RU"/>
        </w:rPr>
        <w:t>картон,</w:t>
      </w:r>
      <w:r w:rsidRPr="00D91592">
        <w:rPr>
          <w:spacing w:val="-3"/>
          <w:lang w:val="ru-RU"/>
        </w:rPr>
        <w:t xml:space="preserve"> </w:t>
      </w:r>
      <w:r w:rsidRPr="00D91592">
        <w:rPr>
          <w:lang w:val="ru-RU"/>
        </w:rPr>
        <w:t>клей,</w:t>
      </w:r>
      <w:r w:rsidRPr="00D91592">
        <w:rPr>
          <w:spacing w:val="-4"/>
          <w:lang w:val="ru-RU"/>
        </w:rPr>
        <w:t xml:space="preserve"> </w:t>
      </w:r>
      <w:r w:rsidRPr="00D91592">
        <w:rPr>
          <w:lang w:val="ru-RU"/>
        </w:rPr>
        <w:t>ножницы...</w:t>
      </w:r>
    </w:p>
    <w:p w:rsidR="00D91592" w:rsidRPr="00D91592" w:rsidRDefault="00D91592" w:rsidP="00D91592">
      <w:pPr>
        <w:pStyle w:val="af"/>
        <w:spacing w:before="10"/>
        <w:rPr>
          <w:sz w:val="21"/>
          <w:lang w:val="ru-RU"/>
        </w:rPr>
      </w:pPr>
    </w:p>
    <w:p w:rsidR="00D91592" w:rsidRPr="00D91592" w:rsidRDefault="00D91592" w:rsidP="00D91592">
      <w:pPr>
        <w:pStyle w:val="1"/>
        <w:spacing w:before="1"/>
        <w:ind w:left="106"/>
        <w:rPr>
          <w:color w:val="auto"/>
          <w:lang w:val="ru-RU"/>
        </w:rPr>
      </w:pPr>
      <w:r w:rsidRPr="00D91592">
        <w:rPr>
          <w:color w:val="auto"/>
          <w:lang w:val="ru-RU"/>
        </w:rPr>
        <w:t>ОБОРУДОВАНИЕ</w:t>
      </w:r>
      <w:r w:rsidRPr="00D91592">
        <w:rPr>
          <w:color w:val="auto"/>
          <w:spacing w:val="-9"/>
          <w:lang w:val="ru-RU"/>
        </w:rPr>
        <w:t xml:space="preserve"> </w:t>
      </w:r>
      <w:r w:rsidRPr="00D91592">
        <w:rPr>
          <w:color w:val="auto"/>
          <w:lang w:val="ru-RU"/>
        </w:rPr>
        <w:t>ДЛЯ</w:t>
      </w:r>
      <w:r w:rsidRPr="00D91592">
        <w:rPr>
          <w:color w:val="auto"/>
          <w:spacing w:val="-9"/>
          <w:lang w:val="ru-RU"/>
        </w:rPr>
        <w:t xml:space="preserve"> </w:t>
      </w:r>
      <w:r w:rsidRPr="00D91592">
        <w:rPr>
          <w:color w:val="auto"/>
          <w:lang w:val="ru-RU"/>
        </w:rPr>
        <w:t>ПРОВЕДЕНИЯ</w:t>
      </w:r>
      <w:r w:rsidRPr="00D91592">
        <w:rPr>
          <w:color w:val="auto"/>
          <w:spacing w:val="-9"/>
          <w:lang w:val="ru-RU"/>
        </w:rPr>
        <w:t xml:space="preserve"> </w:t>
      </w:r>
      <w:r w:rsidRPr="00D91592">
        <w:rPr>
          <w:color w:val="auto"/>
          <w:lang w:val="ru-RU"/>
        </w:rPr>
        <w:t>ПРАКТИЧЕСКИХ</w:t>
      </w:r>
      <w:r w:rsidRPr="00D91592">
        <w:rPr>
          <w:color w:val="auto"/>
          <w:spacing w:val="-8"/>
          <w:lang w:val="ru-RU"/>
        </w:rPr>
        <w:t xml:space="preserve"> </w:t>
      </w:r>
      <w:r w:rsidRPr="00D91592">
        <w:rPr>
          <w:color w:val="auto"/>
          <w:lang w:val="ru-RU"/>
        </w:rPr>
        <w:t>РАБОТ,</w:t>
      </w:r>
      <w:r w:rsidRPr="00D91592">
        <w:rPr>
          <w:color w:val="auto"/>
          <w:spacing w:val="-8"/>
          <w:lang w:val="ru-RU"/>
        </w:rPr>
        <w:t xml:space="preserve"> </w:t>
      </w:r>
      <w:r w:rsidRPr="00D91592">
        <w:rPr>
          <w:color w:val="auto"/>
          <w:lang w:val="ru-RU"/>
        </w:rPr>
        <w:t>ДЕМОНСТРАЦИЙ</w:t>
      </w:r>
    </w:p>
    <w:p w:rsidR="00C058D4" w:rsidRPr="00D91592" w:rsidRDefault="00D91592" w:rsidP="00D91592">
      <w:pPr>
        <w:pStyle w:val="af"/>
        <w:spacing w:before="156"/>
        <w:rPr>
          <w:lang w:val="ru-RU"/>
        </w:rPr>
      </w:pPr>
      <w:proofErr w:type="spellStart"/>
      <w:r>
        <w:t>Интерактивная</w:t>
      </w:r>
      <w:proofErr w:type="spellEnd"/>
      <w:r>
        <w:rPr>
          <w:spacing w:val="-6"/>
        </w:rPr>
        <w:t xml:space="preserve"> </w:t>
      </w:r>
      <w:proofErr w:type="spellStart"/>
      <w:r>
        <w:t>доска</w:t>
      </w:r>
      <w:proofErr w:type="spellEnd"/>
      <w:r>
        <w:t>.</w:t>
      </w:r>
      <w:r>
        <w:rPr>
          <w:spacing w:val="-5"/>
        </w:rPr>
        <w:t xml:space="preserve"> </w:t>
      </w:r>
      <w:proofErr w:type="spellStart"/>
      <w:r>
        <w:t>Мультимедийный</w:t>
      </w:r>
      <w:proofErr w:type="spellEnd"/>
      <w:r>
        <w:rPr>
          <w:spacing w:val="-5"/>
        </w:rPr>
        <w:t xml:space="preserve"> </w:t>
      </w:r>
      <w:proofErr w:type="spellStart"/>
      <w:r>
        <w:t>проектор</w:t>
      </w:r>
      <w:proofErr w:type="spellEnd"/>
    </w:p>
    <w:sectPr w:rsidR="00C058D4" w:rsidRPr="00D91592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9AB40C2"/>
    <w:multiLevelType w:val="hybridMultilevel"/>
    <w:tmpl w:val="2DB4C214"/>
    <w:lvl w:ilvl="0" w:tplc="F37A4D24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DA249E8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D2BAD6BC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6E5EA726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C58AE7DC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9E04744A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CDACEB5E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01EE41FA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8130B268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0602D"/>
    <w:rsid w:val="00132E4A"/>
    <w:rsid w:val="0015074B"/>
    <w:rsid w:val="0029639D"/>
    <w:rsid w:val="00326F90"/>
    <w:rsid w:val="00681448"/>
    <w:rsid w:val="00AA1D8D"/>
    <w:rsid w:val="00B47730"/>
    <w:rsid w:val="00C058D4"/>
    <w:rsid w:val="00CB0664"/>
    <w:rsid w:val="00D47CAD"/>
    <w:rsid w:val="00D91592"/>
    <w:rsid w:val="00E02FB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CF0C4F51-CE00-45AF-A707-1CFF29382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1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1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1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1"/>
    <w:unhideWhenUsed/>
    <w:qFormat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Normal">
    <w:name w:val="Table Normal"/>
    <w:uiPriority w:val="2"/>
    <w:semiHidden/>
    <w:unhideWhenUsed/>
    <w:qFormat/>
    <w:rsid w:val="00D91592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D91592"/>
    <w:pPr>
      <w:widowControl w:val="0"/>
      <w:autoSpaceDE w:val="0"/>
      <w:autoSpaceDN w:val="0"/>
      <w:spacing w:before="64" w:after="0" w:line="240" w:lineRule="auto"/>
      <w:ind w:left="76"/>
    </w:pPr>
    <w:rPr>
      <w:rFonts w:ascii="Times New Roman" w:eastAsia="Times New Roman" w:hAnsi="Times New Roman" w:cs="Times New Roman"/>
      <w:lang w:val="ru-RU"/>
    </w:rPr>
  </w:style>
  <w:style w:type="character" w:styleId="aff8">
    <w:name w:val="Hyperlink"/>
    <w:basedOn w:val="a2"/>
    <w:uiPriority w:val="99"/>
    <w:unhideWhenUsed/>
    <w:rsid w:val="00D91592"/>
    <w:rPr>
      <w:color w:val="0000FF" w:themeColor="hyperlink"/>
      <w:u w:val="single"/>
    </w:rPr>
  </w:style>
  <w:style w:type="paragraph" w:styleId="aff9">
    <w:name w:val="Balloon Text"/>
    <w:basedOn w:val="a1"/>
    <w:link w:val="affa"/>
    <w:uiPriority w:val="99"/>
    <w:semiHidden/>
    <w:unhideWhenUsed/>
    <w:rsid w:val="00132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2"/>
    <w:link w:val="aff9"/>
    <w:uiPriority w:val="99"/>
    <w:semiHidden/>
    <w:rsid w:val="00132E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chg.ru./Fairy" TargetMode="External"/><Relationship Id="rId21" Type="http://schemas.openxmlformats.org/officeDocument/2006/relationships/hyperlink" Target="http://www.rozmisel.irk.ru/children" TargetMode="External"/><Relationship Id="rId42" Type="http://schemas.openxmlformats.org/officeDocument/2006/relationships/hyperlink" Target="http://www.rozmisel.irk.ru/children" TargetMode="External"/><Relationship Id="rId47" Type="http://schemas.openxmlformats.org/officeDocument/2006/relationships/hyperlink" Target="http://www.chg.ru./Fairy" TargetMode="External"/><Relationship Id="rId63" Type="http://schemas.openxmlformats.org/officeDocument/2006/relationships/hyperlink" Target="http://www.rozmisel.irk.ru/children" TargetMode="External"/><Relationship Id="rId68" Type="http://schemas.openxmlformats.org/officeDocument/2006/relationships/hyperlink" Target="http://www.chg.ru./Fairy" TargetMode="External"/><Relationship Id="rId84" Type="http://schemas.openxmlformats.org/officeDocument/2006/relationships/hyperlink" Target="http://www.rozmisel.irk.ru/children" TargetMode="External"/><Relationship Id="rId89" Type="http://schemas.openxmlformats.org/officeDocument/2006/relationships/hyperlink" Target="http://www.chg.ru./Fairy" TargetMode="External"/><Relationship Id="rId16" Type="http://schemas.openxmlformats.org/officeDocument/2006/relationships/hyperlink" Target="http://www.kudesniki.ru/gallery" TargetMode="External"/><Relationship Id="rId107" Type="http://schemas.openxmlformats.org/officeDocument/2006/relationships/hyperlink" Target="http://iearn.spb.ru/" TargetMode="External"/><Relationship Id="rId11" Type="http://schemas.openxmlformats.org/officeDocument/2006/relationships/hyperlink" Target="http://www.chg.ru./Fairy" TargetMode="External"/><Relationship Id="rId32" Type="http://schemas.openxmlformats.org/officeDocument/2006/relationships/hyperlink" Target="http://www.chg.ru./Fairy" TargetMode="External"/><Relationship Id="rId37" Type="http://schemas.openxmlformats.org/officeDocument/2006/relationships/hyperlink" Target="http://www.kudesniki.ru/gallery" TargetMode="External"/><Relationship Id="rId53" Type="http://schemas.openxmlformats.org/officeDocument/2006/relationships/hyperlink" Target="http://www.chg.ru./Fairy" TargetMode="External"/><Relationship Id="rId58" Type="http://schemas.openxmlformats.org/officeDocument/2006/relationships/hyperlink" Target="http://www.kudesniki.ru/gallery" TargetMode="External"/><Relationship Id="rId74" Type="http://schemas.openxmlformats.org/officeDocument/2006/relationships/hyperlink" Target="http://www.chg.ru./Fairy" TargetMode="External"/><Relationship Id="rId79" Type="http://schemas.openxmlformats.org/officeDocument/2006/relationships/hyperlink" Target="http://www.kudesniki.ru/gallery" TargetMode="External"/><Relationship Id="rId102" Type="http://schemas.openxmlformats.org/officeDocument/2006/relationships/hyperlink" Target="http://www.rozmisel.irk.ru/children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rozmisel.irk.ru/children" TargetMode="External"/><Relationship Id="rId95" Type="http://schemas.openxmlformats.org/officeDocument/2006/relationships/hyperlink" Target="http://www.chg.ru./Fairy" TargetMode="External"/><Relationship Id="rId22" Type="http://schemas.openxmlformats.org/officeDocument/2006/relationships/hyperlink" Target="http://www.kudesniki.ru/gallery" TargetMode="External"/><Relationship Id="rId27" Type="http://schemas.openxmlformats.org/officeDocument/2006/relationships/hyperlink" Target="http://www.rozmisel.irk.ru/children" TargetMode="External"/><Relationship Id="rId43" Type="http://schemas.openxmlformats.org/officeDocument/2006/relationships/hyperlink" Target="http://www.kudesniki.ru/gallery" TargetMode="External"/><Relationship Id="rId48" Type="http://schemas.openxmlformats.org/officeDocument/2006/relationships/hyperlink" Target="http://www.rozmisel.irk.ru/children" TargetMode="External"/><Relationship Id="rId64" Type="http://schemas.openxmlformats.org/officeDocument/2006/relationships/hyperlink" Target="http://www.kudesniki.ru/gallery" TargetMode="External"/><Relationship Id="rId69" Type="http://schemas.openxmlformats.org/officeDocument/2006/relationships/hyperlink" Target="http://www.rozmisel.irk.ru/children" TargetMode="External"/><Relationship Id="rId80" Type="http://schemas.openxmlformats.org/officeDocument/2006/relationships/hyperlink" Target="http://www.chg.ru./Fairy" TargetMode="External"/><Relationship Id="rId85" Type="http://schemas.openxmlformats.org/officeDocument/2006/relationships/hyperlink" Target="http://www.kudesniki.ru/gallery" TargetMode="External"/><Relationship Id="rId12" Type="http://schemas.openxmlformats.org/officeDocument/2006/relationships/hyperlink" Target="http://www.rozmisel.irk.ru/children" TargetMode="External"/><Relationship Id="rId17" Type="http://schemas.openxmlformats.org/officeDocument/2006/relationships/hyperlink" Target="http://www.chg.ru./Fairy" TargetMode="External"/><Relationship Id="rId33" Type="http://schemas.openxmlformats.org/officeDocument/2006/relationships/hyperlink" Target="http://www.rozmisel.irk.ru/children" TargetMode="External"/><Relationship Id="rId38" Type="http://schemas.openxmlformats.org/officeDocument/2006/relationships/hyperlink" Target="http://www.chg.ru./Fairy" TargetMode="External"/><Relationship Id="rId59" Type="http://schemas.openxmlformats.org/officeDocument/2006/relationships/hyperlink" Target="http://www.chg.ru./Fairy" TargetMode="External"/><Relationship Id="rId103" Type="http://schemas.openxmlformats.org/officeDocument/2006/relationships/hyperlink" Target="http://www.it-n.ru/" TargetMode="External"/><Relationship Id="rId108" Type="http://schemas.openxmlformats.org/officeDocument/2006/relationships/hyperlink" Target="https://resh.edu.ru/subject/8/2/" TargetMode="External"/><Relationship Id="rId54" Type="http://schemas.openxmlformats.org/officeDocument/2006/relationships/hyperlink" Target="http://www.rozmisel.irk.ru/children" TargetMode="External"/><Relationship Id="rId70" Type="http://schemas.openxmlformats.org/officeDocument/2006/relationships/hyperlink" Target="http://www.kudesniki.ru/gallery" TargetMode="External"/><Relationship Id="rId75" Type="http://schemas.openxmlformats.org/officeDocument/2006/relationships/hyperlink" Target="http://www.rozmisel.irk.ru/children" TargetMode="External"/><Relationship Id="rId91" Type="http://schemas.openxmlformats.org/officeDocument/2006/relationships/hyperlink" Target="http://www.kudesniki.ru/gallery" TargetMode="External"/><Relationship Id="rId96" Type="http://schemas.openxmlformats.org/officeDocument/2006/relationships/hyperlink" Target="http://www.rozmisel.irk.ru/children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hyperlink" Target="http://www.rozmisel.irk.ru/children" TargetMode="External"/><Relationship Id="rId23" Type="http://schemas.openxmlformats.org/officeDocument/2006/relationships/hyperlink" Target="http://www.chg.ru./Fairy" TargetMode="External"/><Relationship Id="rId28" Type="http://schemas.openxmlformats.org/officeDocument/2006/relationships/hyperlink" Target="http://www.kudesniki.ru/gallery" TargetMode="External"/><Relationship Id="rId36" Type="http://schemas.openxmlformats.org/officeDocument/2006/relationships/hyperlink" Target="http://www.rozmisel.irk.ru/children" TargetMode="External"/><Relationship Id="rId49" Type="http://schemas.openxmlformats.org/officeDocument/2006/relationships/hyperlink" Target="http://www.kudesniki.ru/gallery" TargetMode="External"/><Relationship Id="rId57" Type="http://schemas.openxmlformats.org/officeDocument/2006/relationships/hyperlink" Target="http://www.rozmisel.irk.ru/children" TargetMode="External"/><Relationship Id="rId106" Type="http://schemas.openxmlformats.org/officeDocument/2006/relationships/hyperlink" Target="http://lib.homelinux.org/" TargetMode="External"/><Relationship Id="rId10" Type="http://schemas.openxmlformats.org/officeDocument/2006/relationships/hyperlink" Target="http://www.kudesniki.ru/gallery" TargetMode="External"/><Relationship Id="rId31" Type="http://schemas.openxmlformats.org/officeDocument/2006/relationships/hyperlink" Target="http://www.kudesniki.ru/gallery" TargetMode="External"/><Relationship Id="rId44" Type="http://schemas.openxmlformats.org/officeDocument/2006/relationships/hyperlink" Target="http://www.chg.ru./Fairy" TargetMode="External"/><Relationship Id="rId52" Type="http://schemas.openxmlformats.org/officeDocument/2006/relationships/hyperlink" Target="http://www.kudesniki.ru/gallery" TargetMode="External"/><Relationship Id="rId60" Type="http://schemas.openxmlformats.org/officeDocument/2006/relationships/hyperlink" Target="http://www.rozmisel.irk.ru/children" TargetMode="External"/><Relationship Id="rId65" Type="http://schemas.openxmlformats.org/officeDocument/2006/relationships/hyperlink" Target="http://www.chg.ru./Fairy" TargetMode="External"/><Relationship Id="rId73" Type="http://schemas.openxmlformats.org/officeDocument/2006/relationships/hyperlink" Target="http://www.kudesniki.ru/gallery" TargetMode="External"/><Relationship Id="rId78" Type="http://schemas.openxmlformats.org/officeDocument/2006/relationships/hyperlink" Target="http://www.rozmisel.irk.ru/children" TargetMode="External"/><Relationship Id="rId81" Type="http://schemas.openxmlformats.org/officeDocument/2006/relationships/hyperlink" Target="http://www.rozmisel.irk.ru/children" TargetMode="External"/><Relationship Id="rId86" Type="http://schemas.openxmlformats.org/officeDocument/2006/relationships/hyperlink" Target="http://www.chg.ru./Fairy" TargetMode="External"/><Relationship Id="rId94" Type="http://schemas.openxmlformats.org/officeDocument/2006/relationships/hyperlink" Target="http://www.kudesniki.ru/gallery" TargetMode="External"/><Relationship Id="rId99" Type="http://schemas.openxmlformats.org/officeDocument/2006/relationships/hyperlink" Target="http://www.rozmisel.irk.ru/children" TargetMode="External"/><Relationship Id="rId101" Type="http://schemas.openxmlformats.org/officeDocument/2006/relationships/hyperlink" Target="http://www.chg.ru./Fair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ozmisel.irk.ru/children" TargetMode="External"/><Relationship Id="rId13" Type="http://schemas.openxmlformats.org/officeDocument/2006/relationships/hyperlink" Target="http://www.kudesniki.ru/gallery" TargetMode="External"/><Relationship Id="rId18" Type="http://schemas.openxmlformats.org/officeDocument/2006/relationships/hyperlink" Target="http://www.rozmisel.irk.ru/children" TargetMode="External"/><Relationship Id="rId39" Type="http://schemas.openxmlformats.org/officeDocument/2006/relationships/hyperlink" Target="http://www.rozmisel.irk.ru/children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://www.kudesniki.ru/gallery" TargetMode="External"/><Relationship Id="rId50" Type="http://schemas.openxmlformats.org/officeDocument/2006/relationships/hyperlink" Target="http://www.chg.ru./Fairy" TargetMode="External"/><Relationship Id="rId55" Type="http://schemas.openxmlformats.org/officeDocument/2006/relationships/hyperlink" Target="http://www.kudesniki.ru/gallery" TargetMode="External"/><Relationship Id="rId76" Type="http://schemas.openxmlformats.org/officeDocument/2006/relationships/hyperlink" Target="http://www.kudesniki.ru/gallery" TargetMode="External"/><Relationship Id="rId97" Type="http://schemas.openxmlformats.org/officeDocument/2006/relationships/hyperlink" Target="http://www.kudesniki.ru/gallery" TargetMode="External"/><Relationship Id="rId104" Type="http://schemas.openxmlformats.org/officeDocument/2006/relationships/hyperlink" Target="http://www.inter-pedagogika.ru/" TargetMode="External"/><Relationship Id="rId7" Type="http://schemas.openxmlformats.org/officeDocument/2006/relationships/hyperlink" Target="http://www.kudesniki.ru/gallery" TargetMode="External"/><Relationship Id="rId71" Type="http://schemas.openxmlformats.org/officeDocument/2006/relationships/hyperlink" Target="http://www.chg.ru./Fairy" TargetMode="External"/><Relationship Id="rId92" Type="http://schemas.openxmlformats.org/officeDocument/2006/relationships/hyperlink" Target="http://www.chg.ru./Fairy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chg.ru./Fairy" TargetMode="External"/><Relationship Id="rId24" Type="http://schemas.openxmlformats.org/officeDocument/2006/relationships/hyperlink" Target="http://www.rozmisel.irk.ru/children" TargetMode="External"/><Relationship Id="rId40" Type="http://schemas.openxmlformats.org/officeDocument/2006/relationships/hyperlink" Target="http://www.kudesniki.ru/gallery" TargetMode="External"/><Relationship Id="rId45" Type="http://schemas.openxmlformats.org/officeDocument/2006/relationships/hyperlink" Target="http://www.rozmisel.irk.ru/children" TargetMode="External"/><Relationship Id="rId66" Type="http://schemas.openxmlformats.org/officeDocument/2006/relationships/hyperlink" Target="http://www.rozmisel.irk.ru/children" TargetMode="External"/><Relationship Id="rId87" Type="http://schemas.openxmlformats.org/officeDocument/2006/relationships/hyperlink" Target="http://www.rozmisel.irk.ru/children" TargetMode="External"/><Relationship Id="rId110" Type="http://schemas.openxmlformats.org/officeDocument/2006/relationships/theme" Target="theme/theme1.xml"/><Relationship Id="rId61" Type="http://schemas.openxmlformats.org/officeDocument/2006/relationships/hyperlink" Target="http://www.kudesniki.ru/gallery" TargetMode="External"/><Relationship Id="rId82" Type="http://schemas.openxmlformats.org/officeDocument/2006/relationships/hyperlink" Target="http://www.kudesniki.ru/gallery" TargetMode="External"/><Relationship Id="rId19" Type="http://schemas.openxmlformats.org/officeDocument/2006/relationships/hyperlink" Target="http://www.kudesniki.ru/gallery" TargetMode="External"/><Relationship Id="rId14" Type="http://schemas.openxmlformats.org/officeDocument/2006/relationships/hyperlink" Target="http://www.chg.ru./Fairy" TargetMode="External"/><Relationship Id="rId30" Type="http://schemas.openxmlformats.org/officeDocument/2006/relationships/hyperlink" Target="http://www.rozmisel.irk.ru/children" TargetMode="External"/><Relationship Id="rId35" Type="http://schemas.openxmlformats.org/officeDocument/2006/relationships/hyperlink" Target="http://www.chg.ru./Fairy" TargetMode="External"/><Relationship Id="rId56" Type="http://schemas.openxmlformats.org/officeDocument/2006/relationships/hyperlink" Target="http://www.chg.ru./Fairy" TargetMode="External"/><Relationship Id="rId77" Type="http://schemas.openxmlformats.org/officeDocument/2006/relationships/hyperlink" Target="http://www.chg.ru./Fairy" TargetMode="External"/><Relationship Id="rId100" Type="http://schemas.openxmlformats.org/officeDocument/2006/relationships/hyperlink" Target="http://www.kudesniki.ru/gallery" TargetMode="External"/><Relationship Id="rId105" Type="http://schemas.openxmlformats.org/officeDocument/2006/relationships/hyperlink" Target="http://www.debryansk.ru/~lpsch/" TargetMode="External"/><Relationship Id="rId8" Type="http://schemas.openxmlformats.org/officeDocument/2006/relationships/hyperlink" Target="http://www.chg.ru./Fairy" TargetMode="External"/><Relationship Id="rId51" Type="http://schemas.openxmlformats.org/officeDocument/2006/relationships/hyperlink" Target="http://www.rozmisel.irk.ru/children" TargetMode="External"/><Relationship Id="rId72" Type="http://schemas.openxmlformats.org/officeDocument/2006/relationships/hyperlink" Target="http://www.rozmisel.irk.ru/children" TargetMode="External"/><Relationship Id="rId93" Type="http://schemas.openxmlformats.org/officeDocument/2006/relationships/hyperlink" Target="http://www.rozmisel.irk.ru/children" TargetMode="External"/><Relationship Id="rId98" Type="http://schemas.openxmlformats.org/officeDocument/2006/relationships/hyperlink" Target="http://www.chg.ru./Fairy" TargetMode="External"/><Relationship Id="rId3" Type="http://schemas.openxmlformats.org/officeDocument/2006/relationships/styles" Target="styles.xml"/><Relationship Id="rId25" Type="http://schemas.openxmlformats.org/officeDocument/2006/relationships/hyperlink" Target="http://www.kudesniki.ru/gallery" TargetMode="External"/><Relationship Id="rId46" Type="http://schemas.openxmlformats.org/officeDocument/2006/relationships/hyperlink" Target="http://www.kudesniki.ru/gallery" TargetMode="External"/><Relationship Id="rId67" Type="http://schemas.openxmlformats.org/officeDocument/2006/relationships/hyperlink" Target="http://www.kudesniki.ru/gallery" TargetMode="External"/><Relationship Id="rId20" Type="http://schemas.openxmlformats.org/officeDocument/2006/relationships/hyperlink" Target="http://www.chg.ru./Fairy" TargetMode="External"/><Relationship Id="rId41" Type="http://schemas.openxmlformats.org/officeDocument/2006/relationships/hyperlink" Target="http://www.chg.ru./Fairy" TargetMode="External"/><Relationship Id="rId62" Type="http://schemas.openxmlformats.org/officeDocument/2006/relationships/hyperlink" Target="http://www.chg.ru./Fairy" TargetMode="External"/><Relationship Id="rId83" Type="http://schemas.openxmlformats.org/officeDocument/2006/relationships/hyperlink" Target="http://www.chg.ru./Fairy" TargetMode="External"/><Relationship Id="rId88" Type="http://schemas.openxmlformats.org/officeDocument/2006/relationships/hyperlink" Target="http://www.kudesniki.ru/gall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931EF2E-1E02-4D8B-9E40-8D9DD22D7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18</Pages>
  <Words>7307</Words>
  <Characters>41651</Characters>
  <Application>Microsoft Office Word</Application>
  <DocSecurity>0</DocSecurity>
  <Lines>347</Lines>
  <Paragraphs>97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48861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5</cp:revision>
  <cp:lastPrinted>2022-11-01T05:16:00Z</cp:lastPrinted>
  <dcterms:created xsi:type="dcterms:W3CDTF">2022-10-30T17:47:00Z</dcterms:created>
  <dcterms:modified xsi:type="dcterms:W3CDTF">2023-06-14T05:33:00Z</dcterms:modified>
</cp:coreProperties>
</file>